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FBF7B9" w14:textId="77777777" w:rsidR="00752D84" w:rsidRPr="00917328" w:rsidRDefault="00000000" w:rsidP="00752D84">
      <w:pPr>
        <w:spacing w:after="720"/>
        <w:jc w:val="center"/>
        <w:rPr>
          <w:rFonts w:ascii="Helvetica" w:hAnsi="Helvetica"/>
          <w:lang w:val="nl-BE"/>
        </w:rPr>
      </w:pPr>
      <w:r w:rsidRPr="00917328">
        <w:rPr>
          <w:rFonts w:ascii="Helvetica" w:hAnsi="Helvetica"/>
          <w:b/>
          <w:color w:val="1F4E79"/>
          <w:sz w:val="40"/>
          <w:lang w:val="nl-BE"/>
        </w:rPr>
        <w:t>MODEL</w:t>
      </w:r>
      <w:r w:rsidR="00752D84" w:rsidRPr="00917328">
        <w:rPr>
          <w:rFonts w:ascii="Helvetica" w:hAnsi="Helvetica"/>
          <w:b/>
          <w:color w:val="1F4E79"/>
          <w:sz w:val="40"/>
          <w:lang w:val="nl-BE"/>
        </w:rPr>
        <w:t xml:space="preserve"> </w:t>
      </w:r>
      <w:r w:rsidRPr="00917328">
        <w:rPr>
          <w:rFonts w:ascii="Helvetica" w:hAnsi="Helvetica"/>
          <w:b/>
          <w:color w:val="1F4E79"/>
          <w:sz w:val="40"/>
          <w:lang w:val="nl-BE"/>
        </w:rPr>
        <w:t>AFSPRAKENNOTA VRIJWILLIGERSWERK</w:t>
      </w:r>
      <w:r w:rsidR="00735073" w:rsidRPr="00917328">
        <w:rPr>
          <w:rFonts w:ascii="Helvetica" w:hAnsi="Helvetica"/>
          <w:b/>
          <w:color w:val="1F4E79"/>
          <w:sz w:val="40"/>
          <w:lang w:val="nl-BE"/>
        </w:rPr>
        <w:t xml:space="preserve"> LOKAAL BESTUUR</w:t>
      </w:r>
      <w:r w:rsidRPr="00917328">
        <w:rPr>
          <w:rFonts w:ascii="Helvetica" w:hAnsi="Helvetica"/>
          <w:b/>
          <w:color w:val="1F4E79"/>
          <w:sz w:val="40"/>
          <w:lang w:val="nl-BE"/>
        </w:rPr>
        <w:br/>
      </w:r>
      <w:r w:rsidRPr="00917328">
        <w:rPr>
          <w:rFonts w:ascii="Helvetica" w:hAnsi="Helvetica"/>
          <w:i/>
          <w:color w:val="2B6CB0"/>
          <w:lang w:val="nl-BE"/>
        </w:rPr>
        <w:t>Conform het Decreet Georganiseerd Vrijwilligerswerk (WVG)</w:t>
      </w:r>
      <w:r w:rsidRPr="00917328">
        <w:rPr>
          <w:rFonts w:ascii="Helvetica" w:hAnsi="Helvetica"/>
          <w:i/>
          <w:color w:val="2B6CB0"/>
          <w:lang w:val="nl-BE"/>
        </w:rPr>
        <w:br/>
        <w:t>Voorzieningen erkend en/of gesubsidieerd door het Departement Welzijn, Volksgezondheid en Gezin</w:t>
      </w:r>
    </w:p>
    <w:p w14:paraId="4983E3AD" w14:textId="52804C4D" w:rsidR="00150EB0" w:rsidRPr="00917328" w:rsidRDefault="00752D84" w:rsidP="00752D84">
      <w:pPr>
        <w:spacing w:after="720"/>
        <w:jc w:val="center"/>
        <w:rPr>
          <w:rFonts w:ascii="Helvetica" w:hAnsi="Helvetica"/>
          <w:lang w:val="nl-BE"/>
        </w:rPr>
      </w:pPr>
      <w:r>
        <w:rPr>
          <w:rFonts w:ascii="Helvetica" w:hAnsi="Helvetica"/>
          <w:b/>
          <w:noProof/>
          <w:color w:val="1F4E79"/>
          <w:sz w:val="30"/>
        </w:rPr>
        <w:drawing>
          <wp:anchor distT="0" distB="0" distL="114300" distR="114300" simplePos="0" relativeHeight="251659776" behindDoc="0" locked="0" layoutInCell="1" allowOverlap="1" wp14:anchorId="18EAC045" wp14:editId="790361E7">
            <wp:simplePos x="0" y="0"/>
            <wp:positionH relativeFrom="margin">
              <wp:posOffset>1939719</wp:posOffset>
            </wp:positionH>
            <wp:positionV relativeFrom="margin">
              <wp:posOffset>2013585</wp:posOffset>
            </wp:positionV>
            <wp:extent cx="2125345" cy="673100"/>
            <wp:effectExtent l="0" t="0" r="0" b="0"/>
            <wp:wrapSquare wrapText="bothSides"/>
            <wp:docPr id="33005656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056569" name="Afbeelding 330056569"/>
                    <pic:cNvPicPr/>
                  </pic:nvPicPr>
                  <pic:blipFill>
                    <a:blip r:embed="rId9"/>
                    <a:stretch>
                      <a:fillRect/>
                    </a:stretch>
                  </pic:blipFill>
                  <pic:spPr>
                    <a:xfrm>
                      <a:off x="0" y="0"/>
                      <a:ext cx="2125345" cy="673100"/>
                    </a:xfrm>
                    <a:prstGeom prst="rect">
                      <a:avLst/>
                    </a:prstGeom>
                  </pic:spPr>
                </pic:pic>
              </a:graphicData>
            </a:graphic>
          </wp:anchor>
        </w:drawing>
      </w:r>
      <w:r w:rsidR="009A7FC6" w:rsidRPr="00917328">
        <w:rPr>
          <w:rFonts w:ascii="Helvetica" w:hAnsi="Helvetica"/>
          <w:b/>
          <w:iCs/>
          <w:color w:val="1F4E79"/>
          <w:lang w:val="nl-BE"/>
        </w:rPr>
        <w:t>Modeldocument aangeboden door</w:t>
      </w:r>
      <w:r w:rsidR="009A7FC6" w:rsidRPr="00917328">
        <w:rPr>
          <w:rFonts w:ascii="Helvetica" w:hAnsi="Helvetica"/>
          <w:b/>
          <w:i/>
          <w:color w:val="1F4E79"/>
          <w:lang w:val="nl-BE"/>
        </w:rPr>
        <w:t>:</w:t>
      </w:r>
    </w:p>
    <w:p w14:paraId="3281C67C" w14:textId="77777777" w:rsidR="009A7FC6" w:rsidRPr="00917328" w:rsidRDefault="009A7FC6">
      <w:pPr>
        <w:spacing w:after="240"/>
        <w:rPr>
          <w:rFonts w:ascii="Helvetica" w:hAnsi="Helvetica"/>
          <w:lang w:val="nl-BE"/>
        </w:rPr>
      </w:pPr>
    </w:p>
    <w:p w14:paraId="6967C6E8" w14:textId="77777777" w:rsidR="009A7FC6" w:rsidRPr="00917328" w:rsidRDefault="009A7FC6">
      <w:pPr>
        <w:spacing w:after="240"/>
        <w:rPr>
          <w:rFonts w:ascii="Helvetica" w:hAnsi="Helvetica"/>
          <w:b/>
          <w:i/>
          <w:color w:val="1F4E79"/>
          <w:lang w:val="nl-BE"/>
        </w:rPr>
      </w:pPr>
    </w:p>
    <w:p w14:paraId="63C22F26" w14:textId="10D9C146" w:rsidR="00150EB0" w:rsidRPr="00917328" w:rsidRDefault="00000000">
      <w:pPr>
        <w:spacing w:after="240"/>
        <w:rPr>
          <w:rFonts w:ascii="Helvetica" w:hAnsi="Helvetica"/>
          <w:i/>
          <w:iCs/>
          <w:lang w:val="nl-BE"/>
        </w:rPr>
      </w:pPr>
      <w:r w:rsidRPr="00917328">
        <w:rPr>
          <w:rFonts w:ascii="Helvetica" w:hAnsi="Helvetica"/>
          <w:i/>
          <w:iCs/>
          <w:lang w:val="nl-BE"/>
        </w:rPr>
        <w:t>In deze afsprakennota worden de wederzijdse rechten, plichten en afspraken vermeld om het vrijwilligerswerk vlot en verantwoord te laten verlopen.</w:t>
      </w:r>
      <w:r w:rsidR="00752D84" w:rsidRPr="00917328">
        <w:rPr>
          <w:rFonts w:ascii="Helvetica" w:hAnsi="Helvetica"/>
          <w:i/>
          <w:iCs/>
          <w:lang w:val="nl-BE"/>
        </w:rPr>
        <w:t xml:space="preserve"> </w:t>
      </w:r>
      <w:r w:rsidRPr="00917328">
        <w:rPr>
          <w:rFonts w:ascii="Helvetica" w:hAnsi="Helvetica"/>
          <w:i/>
          <w:iCs/>
          <w:lang w:val="nl-BE"/>
        </w:rPr>
        <w:t>Deze nota is geen arbeidsovereenkomst en kan op geen enkele wijze rechten of plichten, gebaseerd op een arbeidsovereenkomst, doen ontstaan. Door ondertekening van deze nota verklaren beide partijen zich hiermee akkoord.</w:t>
      </w:r>
    </w:p>
    <w:p w14:paraId="216528B4" w14:textId="771994C4" w:rsidR="00150EB0" w:rsidRPr="0054013B" w:rsidRDefault="00000000" w:rsidP="0054013B">
      <w:pPr>
        <w:pStyle w:val="Lijstalinea"/>
        <w:keepNext/>
        <w:numPr>
          <w:ilvl w:val="0"/>
          <w:numId w:val="10"/>
        </w:numPr>
        <w:spacing w:before="240" w:after="80"/>
        <w:rPr>
          <w:rFonts w:ascii="Helvetica" w:hAnsi="Helvetica"/>
          <w:b/>
          <w:color w:val="1F4E79"/>
          <w:sz w:val="30"/>
        </w:rPr>
      </w:pPr>
      <w:r w:rsidRPr="0054013B">
        <w:rPr>
          <w:rFonts w:ascii="Helvetica" w:hAnsi="Helvetica"/>
          <w:b/>
          <w:color w:val="1F4E79"/>
          <w:sz w:val="30"/>
        </w:rPr>
        <w:t xml:space="preserve">De </w:t>
      </w:r>
      <w:proofErr w:type="spellStart"/>
      <w:r w:rsidRPr="0054013B">
        <w:rPr>
          <w:rFonts w:ascii="Helvetica" w:hAnsi="Helvetica"/>
          <w:b/>
          <w:color w:val="1F4E79"/>
          <w:sz w:val="30"/>
        </w:rPr>
        <w:t>Organisatie</w:t>
      </w:r>
      <w:proofErr w:type="spellEnd"/>
      <w:r w:rsidRPr="0054013B">
        <w:rPr>
          <w:rFonts w:ascii="Helvetica" w:hAnsi="Helvetica"/>
          <w:b/>
          <w:color w:val="1F4E79"/>
          <w:sz w:val="30"/>
        </w:rPr>
        <w:t xml:space="preserve"> </w:t>
      </w:r>
    </w:p>
    <w:p w14:paraId="2B019764" w14:textId="2706BEC5" w:rsidR="0054013B" w:rsidRPr="00917328" w:rsidRDefault="0054013B" w:rsidP="00752D84">
      <w:pPr>
        <w:spacing w:after="240"/>
        <w:rPr>
          <w:rFonts w:ascii="Helvetica" w:hAnsi="Helvetica"/>
          <w:lang w:val="nl-BE"/>
        </w:rPr>
      </w:pPr>
      <w:r w:rsidRPr="00917328">
        <w:rPr>
          <w:rFonts w:ascii="Helvetica" w:hAnsi="Helvetica"/>
          <w:lang w:val="nl-BE"/>
        </w:rPr>
        <w:t>Deze afsprakennota wordt aangegaan tussen enerzijds de organisatie, vertegenwoordigd door het lokaal bestuur (gemeente / OCMW).</w:t>
      </w:r>
    </w:p>
    <w:tbl>
      <w:tblPr>
        <w:tblStyle w:val="Tabelraster"/>
        <w:tblW w:w="9360" w:type="dxa"/>
        <w:jc w:val="center"/>
        <w:tblLayout w:type="fixed"/>
        <w:tblLook w:val="04A0" w:firstRow="1" w:lastRow="0" w:firstColumn="1" w:lastColumn="0" w:noHBand="0" w:noVBand="1"/>
      </w:tblPr>
      <w:tblGrid>
        <w:gridCol w:w="3168"/>
        <w:gridCol w:w="6192"/>
      </w:tblGrid>
      <w:tr w:rsidR="00150EB0" w:rsidRPr="00917328" w14:paraId="42A07078" w14:textId="77777777" w:rsidTr="0054013B">
        <w:trPr>
          <w:jc w:val="center"/>
        </w:trPr>
        <w:tc>
          <w:tcPr>
            <w:tcW w:w="3168" w:type="dxa"/>
            <w:tcMar>
              <w:top w:w="100" w:type="dxa"/>
              <w:left w:w="150" w:type="dxa"/>
              <w:bottom w:w="100" w:type="dxa"/>
              <w:right w:w="150" w:type="dxa"/>
            </w:tcMar>
          </w:tcPr>
          <w:p w14:paraId="40D745CD" w14:textId="778CFB57" w:rsidR="00150EB0" w:rsidRPr="00735073" w:rsidRDefault="00000000">
            <w:pPr>
              <w:rPr>
                <w:rFonts w:ascii="Helvetica" w:hAnsi="Helvetica"/>
              </w:rPr>
            </w:pPr>
            <w:r w:rsidRPr="00735073">
              <w:rPr>
                <w:rFonts w:ascii="Helvetica" w:hAnsi="Helvetica"/>
                <w:b/>
              </w:rPr>
              <w:t xml:space="preserve">Naam </w:t>
            </w:r>
            <w:proofErr w:type="spellStart"/>
            <w:r w:rsidRPr="00735073">
              <w:rPr>
                <w:rFonts w:ascii="Helvetica" w:hAnsi="Helvetica"/>
                <w:b/>
              </w:rPr>
              <w:t>lokaal</w:t>
            </w:r>
            <w:proofErr w:type="spellEnd"/>
            <w:r w:rsidRPr="00735073">
              <w:rPr>
                <w:rFonts w:ascii="Helvetica" w:hAnsi="Helvetica"/>
                <w:b/>
              </w:rPr>
              <w:t xml:space="preserve"> </w:t>
            </w:r>
            <w:proofErr w:type="spellStart"/>
            <w:r w:rsidRPr="00735073">
              <w:rPr>
                <w:rFonts w:ascii="Helvetica" w:hAnsi="Helvetica"/>
                <w:b/>
              </w:rPr>
              <w:t>bestuur</w:t>
            </w:r>
            <w:proofErr w:type="spellEnd"/>
          </w:p>
        </w:tc>
        <w:tc>
          <w:tcPr>
            <w:tcW w:w="6192" w:type="dxa"/>
            <w:tcMar>
              <w:top w:w="100" w:type="dxa"/>
              <w:left w:w="150" w:type="dxa"/>
              <w:bottom w:w="100" w:type="dxa"/>
              <w:right w:w="150" w:type="dxa"/>
            </w:tcMar>
          </w:tcPr>
          <w:p w14:paraId="1D9D9D18" w14:textId="77777777" w:rsidR="00150EB0" w:rsidRPr="00917328" w:rsidRDefault="00000000">
            <w:pPr>
              <w:rPr>
                <w:rFonts w:ascii="Helvetica" w:hAnsi="Helvetica"/>
                <w:lang w:val="nl-BE"/>
              </w:rPr>
            </w:pPr>
            <w:r w:rsidRPr="00917328">
              <w:rPr>
                <w:rFonts w:ascii="Helvetica" w:hAnsi="Helvetica"/>
                <w:lang w:val="nl-BE"/>
              </w:rPr>
              <w:t>Lokaal Bestuur / Gemeente / OCMW / AGB ................................................................</w:t>
            </w:r>
          </w:p>
        </w:tc>
      </w:tr>
      <w:tr w:rsidR="0054013B" w:rsidRPr="00735073" w14:paraId="702DD9FD" w14:textId="77777777" w:rsidTr="0054013B">
        <w:trPr>
          <w:jc w:val="center"/>
        </w:trPr>
        <w:tc>
          <w:tcPr>
            <w:tcW w:w="3168" w:type="dxa"/>
            <w:tcMar>
              <w:top w:w="100" w:type="dxa"/>
              <w:left w:w="150" w:type="dxa"/>
              <w:bottom w:w="100" w:type="dxa"/>
              <w:right w:w="150" w:type="dxa"/>
            </w:tcMar>
          </w:tcPr>
          <w:p w14:paraId="32752712" w14:textId="401DB30E" w:rsidR="0054013B" w:rsidRPr="00735073" w:rsidRDefault="0054013B" w:rsidP="0054013B">
            <w:pPr>
              <w:rPr>
                <w:rFonts w:ascii="Helvetica" w:hAnsi="Helvetica"/>
                <w:b/>
              </w:rPr>
            </w:pPr>
            <w:proofErr w:type="spellStart"/>
            <w:r w:rsidRPr="00735073">
              <w:rPr>
                <w:rFonts w:ascii="Helvetica" w:hAnsi="Helvetica"/>
                <w:b/>
              </w:rPr>
              <w:t>Juridisch</w:t>
            </w:r>
            <w:proofErr w:type="spellEnd"/>
            <w:r w:rsidRPr="00735073">
              <w:rPr>
                <w:rFonts w:ascii="Helvetica" w:hAnsi="Helvetica"/>
                <w:b/>
              </w:rPr>
              <w:t xml:space="preserve"> </w:t>
            </w:r>
            <w:proofErr w:type="spellStart"/>
            <w:r w:rsidRPr="00735073">
              <w:rPr>
                <w:rFonts w:ascii="Helvetica" w:hAnsi="Helvetica"/>
                <w:b/>
              </w:rPr>
              <w:t>statuut</w:t>
            </w:r>
            <w:proofErr w:type="spellEnd"/>
          </w:p>
        </w:tc>
        <w:tc>
          <w:tcPr>
            <w:tcW w:w="6192" w:type="dxa"/>
            <w:tcMar>
              <w:top w:w="100" w:type="dxa"/>
              <w:left w:w="150" w:type="dxa"/>
              <w:bottom w:w="100" w:type="dxa"/>
              <w:right w:w="150" w:type="dxa"/>
            </w:tcMar>
          </w:tcPr>
          <w:p w14:paraId="5368A279" w14:textId="00A29876" w:rsidR="0054013B" w:rsidRPr="00735073" w:rsidRDefault="0054013B" w:rsidP="0054013B">
            <w:pPr>
              <w:rPr>
                <w:rFonts w:ascii="Helvetica" w:hAnsi="Helvetica"/>
              </w:rPr>
            </w:pPr>
            <w:proofErr w:type="spellStart"/>
            <w:r w:rsidRPr="00735073">
              <w:rPr>
                <w:rFonts w:ascii="Helvetica" w:hAnsi="Helvetica"/>
              </w:rPr>
              <w:t>Lokaal</w:t>
            </w:r>
            <w:proofErr w:type="spellEnd"/>
            <w:r w:rsidRPr="00735073">
              <w:rPr>
                <w:rFonts w:ascii="Helvetica" w:hAnsi="Helvetica"/>
              </w:rPr>
              <w:t xml:space="preserve"> </w:t>
            </w:r>
            <w:proofErr w:type="spellStart"/>
            <w:r w:rsidRPr="00735073">
              <w:rPr>
                <w:rFonts w:ascii="Helvetica" w:hAnsi="Helvetica"/>
              </w:rPr>
              <w:t>bestuur</w:t>
            </w:r>
            <w:proofErr w:type="spellEnd"/>
            <w:r w:rsidRPr="00735073">
              <w:rPr>
                <w:rFonts w:ascii="Helvetica" w:hAnsi="Helvetica"/>
              </w:rPr>
              <w:t xml:space="preserve"> </w:t>
            </w:r>
            <w:r>
              <w:rPr>
                <w:rFonts w:ascii="Helvetica" w:hAnsi="Helvetica"/>
              </w:rPr>
              <w:t xml:space="preserve">/ </w:t>
            </w:r>
            <w:proofErr w:type="spellStart"/>
            <w:r w:rsidRPr="00735073">
              <w:rPr>
                <w:rFonts w:ascii="Helvetica" w:hAnsi="Helvetica"/>
              </w:rPr>
              <w:t>Gemeente</w:t>
            </w:r>
            <w:proofErr w:type="spellEnd"/>
            <w:r w:rsidRPr="00735073">
              <w:rPr>
                <w:rFonts w:ascii="Helvetica" w:hAnsi="Helvetica"/>
              </w:rPr>
              <w:t xml:space="preserve"> / OCMW</w:t>
            </w:r>
          </w:p>
        </w:tc>
      </w:tr>
      <w:tr w:rsidR="0054013B" w:rsidRPr="00917328" w14:paraId="2695FF63" w14:textId="77777777" w:rsidTr="0054013B">
        <w:trPr>
          <w:jc w:val="center"/>
        </w:trPr>
        <w:tc>
          <w:tcPr>
            <w:tcW w:w="3168" w:type="dxa"/>
            <w:tcMar>
              <w:top w:w="100" w:type="dxa"/>
              <w:left w:w="150" w:type="dxa"/>
              <w:bottom w:w="100" w:type="dxa"/>
              <w:right w:w="150" w:type="dxa"/>
            </w:tcMar>
          </w:tcPr>
          <w:p w14:paraId="200781C3" w14:textId="4E6B01DE" w:rsidR="0054013B" w:rsidRPr="00735073" w:rsidRDefault="0054013B" w:rsidP="0054013B">
            <w:pPr>
              <w:rPr>
                <w:rFonts w:ascii="Helvetica" w:hAnsi="Helvetica"/>
              </w:rPr>
            </w:pPr>
            <w:proofErr w:type="spellStart"/>
            <w:r w:rsidRPr="00735073">
              <w:rPr>
                <w:rFonts w:ascii="Helvetica" w:hAnsi="Helvetica"/>
                <w:b/>
              </w:rPr>
              <w:t>Betrokken</w:t>
            </w:r>
            <w:proofErr w:type="spellEnd"/>
            <w:r w:rsidRPr="00735073">
              <w:rPr>
                <w:rFonts w:ascii="Helvetica" w:hAnsi="Helvetica"/>
                <w:b/>
              </w:rPr>
              <w:t xml:space="preserve"> </w:t>
            </w:r>
            <w:proofErr w:type="spellStart"/>
            <w:r>
              <w:rPr>
                <w:rFonts w:ascii="Helvetica" w:hAnsi="Helvetica"/>
                <w:b/>
              </w:rPr>
              <w:t>welzijns</w:t>
            </w:r>
            <w:proofErr w:type="spellEnd"/>
            <w:r>
              <w:rPr>
                <w:rFonts w:ascii="Helvetica" w:hAnsi="Helvetica"/>
                <w:b/>
              </w:rPr>
              <w:t xml:space="preserve">- of </w:t>
            </w:r>
            <w:proofErr w:type="spellStart"/>
            <w:r>
              <w:rPr>
                <w:rFonts w:ascii="Helvetica" w:hAnsi="Helvetica"/>
                <w:b/>
              </w:rPr>
              <w:t>zorgvoorziening</w:t>
            </w:r>
            <w:proofErr w:type="spellEnd"/>
          </w:p>
        </w:tc>
        <w:tc>
          <w:tcPr>
            <w:tcW w:w="6192" w:type="dxa"/>
            <w:tcMar>
              <w:top w:w="100" w:type="dxa"/>
              <w:left w:w="150" w:type="dxa"/>
              <w:bottom w:w="100" w:type="dxa"/>
              <w:right w:w="150" w:type="dxa"/>
            </w:tcMar>
          </w:tcPr>
          <w:p w14:paraId="5B09EB55" w14:textId="77777777" w:rsidR="0054013B" w:rsidRPr="00917328" w:rsidRDefault="0054013B" w:rsidP="0054013B">
            <w:pPr>
              <w:rPr>
                <w:rFonts w:ascii="Helvetica" w:hAnsi="Helvetica"/>
                <w:lang w:val="nl-BE"/>
              </w:rPr>
            </w:pPr>
            <w:r w:rsidRPr="00917328">
              <w:rPr>
                <w:rFonts w:ascii="Helvetica" w:hAnsi="Helvetica"/>
                <w:lang w:val="nl-BE"/>
              </w:rPr>
              <w:t>........................................................................................................................... [Woonzorgcentrum (WZC) / Lokaal Dienstencentrum (LDC) / Kinderopvang / etc.]</w:t>
            </w:r>
          </w:p>
        </w:tc>
      </w:tr>
      <w:tr w:rsidR="0054013B" w:rsidRPr="00735073" w14:paraId="0F2F325B" w14:textId="77777777" w:rsidTr="0054013B">
        <w:trPr>
          <w:jc w:val="center"/>
        </w:trPr>
        <w:tc>
          <w:tcPr>
            <w:tcW w:w="3168" w:type="dxa"/>
            <w:tcMar>
              <w:top w:w="100" w:type="dxa"/>
              <w:left w:w="150" w:type="dxa"/>
              <w:bottom w:w="100" w:type="dxa"/>
              <w:right w:w="150" w:type="dxa"/>
            </w:tcMar>
          </w:tcPr>
          <w:p w14:paraId="637334D5" w14:textId="7A337D0F" w:rsidR="0054013B" w:rsidRPr="00735073" w:rsidRDefault="0054013B" w:rsidP="0054013B">
            <w:pPr>
              <w:rPr>
                <w:rFonts w:ascii="Helvetica" w:hAnsi="Helvetica"/>
              </w:rPr>
            </w:pPr>
            <w:r w:rsidRPr="00735073">
              <w:rPr>
                <w:rFonts w:ascii="Helvetica" w:hAnsi="Helvetica"/>
                <w:b/>
              </w:rPr>
              <w:t>Adres (</w:t>
            </w:r>
            <w:proofErr w:type="spellStart"/>
            <w:r w:rsidRPr="00735073">
              <w:rPr>
                <w:rFonts w:ascii="Helvetica" w:hAnsi="Helvetica"/>
                <w:b/>
              </w:rPr>
              <w:t>Straat</w:t>
            </w:r>
            <w:proofErr w:type="spellEnd"/>
            <w:r w:rsidRPr="00735073">
              <w:rPr>
                <w:rFonts w:ascii="Helvetica" w:hAnsi="Helvetica"/>
                <w:b/>
              </w:rPr>
              <w:t xml:space="preserve"> &amp; nr)</w:t>
            </w:r>
          </w:p>
        </w:tc>
        <w:tc>
          <w:tcPr>
            <w:tcW w:w="6192" w:type="dxa"/>
            <w:tcMar>
              <w:top w:w="100" w:type="dxa"/>
              <w:left w:w="150" w:type="dxa"/>
              <w:bottom w:w="100" w:type="dxa"/>
              <w:right w:w="150" w:type="dxa"/>
            </w:tcMar>
          </w:tcPr>
          <w:p w14:paraId="55BEAE3D" w14:textId="77777777" w:rsidR="0054013B" w:rsidRPr="00735073" w:rsidRDefault="0054013B" w:rsidP="0054013B">
            <w:pPr>
              <w:rPr>
                <w:rFonts w:ascii="Helvetica" w:hAnsi="Helvetica"/>
              </w:rPr>
            </w:pPr>
            <w:r w:rsidRPr="00735073">
              <w:rPr>
                <w:rFonts w:ascii="Helvetica" w:hAnsi="Helvetica"/>
              </w:rPr>
              <w:t>...........................................................................................................................</w:t>
            </w:r>
          </w:p>
        </w:tc>
      </w:tr>
      <w:tr w:rsidR="0054013B" w:rsidRPr="00735073" w14:paraId="162A5B24" w14:textId="77777777" w:rsidTr="0054013B">
        <w:trPr>
          <w:jc w:val="center"/>
        </w:trPr>
        <w:tc>
          <w:tcPr>
            <w:tcW w:w="3168" w:type="dxa"/>
            <w:tcMar>
              <w:top w:w="100" w:type="dxa"/>
              <w:left w:w="150" w:type="dxa"/>
              <w:bottom w:w="100" w:type="dxa"/>
              <w:right w:w="150" w:type="dxa"/>
            </w:tcMar>
          </w:tcPr>
          <w:p w14:paraId="20AB7885" w14:textId="2451995E" w:rsidR="0054013B" w:rsidRPr="00735073" w:rsidRDefault="0054013B" w:rsidP="0054013B">
            <w:pPr>
              <w:rPr>
                <w:rFonts w:ascii="Helvetica" w:hAnsi="Helvetica"/>
              </w:rPr>
            </w:pPr>
            <w:r w:rsidRPr="00735073">
              <w:rPr>
                <w:rFonts w:ascii="Helvetica" w:hAnsi="Helvetica"/>
                <w:b/>
              </w:rPr>
              <w:t xml:space="preserve">Postcode &amp; </w:t>
            </w:r>
            <w:proofErr w:type="spellStart"/>
            <w:r w:rsidRPr="00735073">
              <w:rPr>
                <w:rFonts w:ascii="Helvetica" w:hAnsi="Helvetica"/>
                <w:b/>
              </w:rPr>
              <w:t>Gemeente</w:t>
            </w:r>
            <w:proofErr w:type="spellEnd"/>
          </w:p>
        </w:tc>
        <w:tc>
          <w:tcPr>
            <w:tcW w:w="6192" w:type="dxa"/>
            <w:tcMar>
              <w:top w:w="100" w:type="dxa"/>
              <w:left w:w="150" w:type="dxa"/>
              <w:bottom w:w="100" w:type="dxa"/>
              <w:right w:w="150" w:type="dxa"/>
            </w:tcMar>
          </w:tcPr>
          <w:p w14:paraId="6D3B4747" w14:textId="77777777" w:rsidR="0054013B" w:rsidRPr="00735073" w:rsidRDefault="0054013B" w:rsidP="0054013B">
            <w:pPr>
              <w:rPr>
                <w:rFonts w:ascii="Helvetica" w:hAnsi="Helvetica"/>
              </w:rPr>
            </w:pPr>
            <w:r w:rsidRPr="00735073">
              <w:rPr>
                <w:rFonts w:ascii="Helvetica" w:hAnsi="Helvetica"/>
              </w:rPr>
              <w:t>...........................................................................................................................</w:t>
            </w:r>
          </w:p>
        </w:tc>
      </w:tr>
      <w:tr w:rsidR="0054013B" w:rsidRPr="00735073" w14:paraId="71E698D8" w14:textId="77777777" w:rsidTr="0054013B">
        <w:trPr>
          <w:jc w:val="center"/>
        </w:trPr>
        <w:tc>
          <w:tcPr>
            <w:tcW w:w="3168" w:type="dxa"/>
            <w:tcMar>
              <w:top w:w="100" w:type="dxa"/>
              <w:left w:w="150" w:type="dxa"/>
              <w:bottom w:w="100" w:type="dxa"/>
              <w:right w:w="150" w:type="dxa"/>
            </w:tcMar>
          </w:tcPr>
          <w:p w14:paraId="71F74094" w14:textId="69757ACC" w:rsidR="0054013B" w:rsidRPr="00735073" w:rsidRDefault="0054013B" w:rsidP="0054013B">
            <w:pPr>
              <w:rPr>
                <w:rFonts w:ascii="Helvetica" w:hAnsi="Helvetica"/>
              </w:rPr>
            </w:pPr>
            <w:proofErr w:type="spellStart"/>
            <w:r w:rsidRPr="00735073">
              <w:rPr>
                <w:rFonts w:ascii="Helvetica" w:hAnsi="Helvetica"/>
                <w:b/>
              </w:rPr>
              <w:t>Telefoonnummer</w:t>
            </w:r>
            <w:proofErr w:type="spellEnd"/>
            <w:r w:rsidRPr="00735073">
              <w:rPr>
                <w:rFonts w:ascii="Helvetica" w:hAnsi="Helvetica"/>
                <w:b/>
              </w:rPr>
              <w:t xml:space="preserve"> &amp; E-mail</w:t>
            </w:r>
          </w:p>
        </w:tc>
        <w:tc>
          <w:tcPr>
            <w:tcW w:w="6192" w:type="dxa"/>
            <w:tcMar>
              <w:top w:w="100" w:type="dxa"/>
              <w:left w:w="150" w:type="dxa"/>
              <w:bottom w:w="100" w:type="dxa"/>
              <w:right w:w="150" w:type="dxa"/>
            </w:tcMar>
          </w:tcPr>
          <w:p w14:paraId="35755910" w14:textId="77777777" w:rsidR="0054013B" w:rsidRPr="00735073" w:rsidRDefault="0054013B" w:rsidP="0054013B">
            <w:pPr>
              <w:rPr>
                <w:rFonts w:ascii="Helvetica" w:hAnsi="Helvetica"/>
              </w:rPr>
            </w:pPr>
            <w:r w:rsidRPr="00735073">
              <w:rPr>
                <w:rFonts w:ascii="Helvetica" w:hAnsi="Helvetica"/>
              </w:rPr>
              <w:t>Tel: ................................................   E-mail: ................................................................</w:t>
            </w:r>
          </w:p>
        </w:tc>
      </w:tr>
      <w:tr w:rsidR="0054013B" w:rsidRPr="00735073" w14:paraId="46272637" w14:textId="77777777" w:rsidTr="0054013B">
        <w:trPr>
          <w:jc w:val="center"/>
        </w:trPr>
        <w:tc>
          <w:tcPr>
            <w:tcW w:w="3168" w:type="dxa"/>
            <w:tcMar>
              <w:top w:w="100" w:type="dxa"/>
              <w:left w:w="150" w:type="dxa"/>
              <w:bottom w:w="100" w:type="dxa"/>
              <w:right w:w="150" w:type="dxa"/>
            </w:tcMar>
          </w:tcPr>
          <w:p w14:paraId="36829519" w14:textId="1BB1BE9E" w:rsidR="0054013B" w:rsidRPr="00735073" w:rsidRDefault="0054013B" w:rsidP="0054013B">
            <w:pPr>
              <w:rPr>
                <w:rFonts w:ascii="Helvetica" w:hAnsi="Helvetica"/>
              </w:rPr>
            </w:pPr>
          </w:p>
        </w:tc>
        <w:tc>
          <w:tcPr>
            <w:tcW w:w="6192" w:type="dxa"/>
            <w:tcMar>
              <w:top w:w="100" w:type="dxa"/>
              <w:left w:w="150" w:type="dxa"/>
              <w:bottom w:w="100" w:type="dxa"/>
              <w:right w:w="150" w:type="dxa"/>
            </w:tcMar>
          </w:tcPr>
          <w:p w14:paraId="4A9EB8DF" w14:textId="6DACDD46" w:rsidR="0054013B" w:rsidRPr="00735073" w:rsidRDefault="0054013B" w:rsidP="0054013B">
            <w:pPr>
              <w:rPr>
                <w:rFonts w:ascii="Helvetica" w:hAnsi="Helvetica"/>
              </w:rPr>
            </w:pPr>
          </w:p>
        </w:tc>
      </w:tr>
      <w:tr w:rsidR="0054013B" w:rsidRPr="00917328" w14:paraId="5F6C4534" w14:textId="77777777" w:rsidTr="0054013B">
        <w:trPr>
          <w:jc w:val="center"/>
        </w:trPr>
        <w:tc>
          <w:tcPr>
            <w:tcW w:w="3168" w:type="dxa"/>
            <w:tcMar>
              <w:top w:w="100" w:type="dxa"/>
              <w:left w:w="150" w:type="dxa"/>
              <w:bottom w:w="100" w:type="dxa"/>
              <w:right w:w="150" w:type="dxa"/>
            </w:tcMar>
          </w:tcPr>
          <w:p w14:paraId="66F1F8B3" w14:textId="5AF4C12B" w:rsidR="0054013B" w:rsidRPr="00735073" w:rsidRDefault="0054013B" w:rsidP="0054013B">
            <w:pPr>
              <w:rPr>
                <w:rFonts w:ascii="Helvetica" w:hAnsi="Helvetica"/>
              </w:rPr>
            </w:pPr>
            <w:r w:rsidRPr="00735073">
              <w:rPr>
                <w:rFonts w:ascii="Helvetica" w:hAnsi="Helvetica"/>
                <w:b/>
              </w:rPr>
              <w:lastRenderedPageBreak/>
              <w:t xml:space="preserve">Sociale </w:t>
            </w:r>
            <w:proofErr w:type="spellStart"/>
            <w:r w:rsidRPr="00735073">
              <w:rPr>
                <w:rFonts w:ascii="Helvetica" w:hAnsi="Helvetica"/>
                <w:b/>
              </w:rPr>
              <w:t>doelstelling</w:t>
            </w:r>
            <w:proofErr w:type="spellEnd"/>
          </w:p>
        </w:tc>
        <w:tc>
          <w:tcPr>
            <w:tcW w:w="6192" w:type="dxa"/>
            <w:tcMar>
              <w:top w:w="100" w:type="dxa"/>
              <w:left w:w="150" w:type="dxa"/>
              <w:bottom w:w="100" w:type="dxa"/>
              <w:right w:w="150" w:type="dxa"/>
            </w:tcMar>
          </w:tcPr>
          <w:p w14:paraId="6BDEDA5E" w14:textId="6D5AE0F6" w:rsidR="0054013B" w:rsidRPr="00917328" w:rsidRDefault="0054013B" w:rsidP="0054013B">
            <w:pPr>
              <w:rPr>
                <w:rFonts w:ascii="Helvetica" w:hAnsi="Helvetica"/>
                <w:lang w:val="nl-BE"/>
              </w:rPr>
            </w:pPr>
            <w:r w:rsidRPr="00917328">
              <w:rPr>
                <w:rFonts w:ascii="Helvetica" w:hAnsi="Helvetica"/>
                <w:lang w:val="nl-BE"/>
              </w:rPr>
              <w:t>Het aanbieden van kwalitatieve welzijns- en gezondheidsdiensten aan de burger.</w:t>
            </w:r>
          </w:p>
        </w:tc>
      </w:tr>
      <w:tr w:rsidR="0054013B" w:rsidRPr="00917328" w14:paraId="09C036BC" w14:textId="77777777" w:rsidTr="0054013B">
        <w:trPr>
          <w:jc w:val="center"/>
        </w:trPr>
        <w:tc>
          <w:tcPr>
            <w:tcW w:w="3168" w:type="dxa"/>
            <w:tcMar>
              <w:top w:w="100" w:type="dxa"/>
              <w:left w:w="150" w:type="dxa"/>
              <w:bottom w:w="100" w:type="dxa"/>
              <w:right w:w="150" w:type="dxa"/>
            </w:tcMar>
          </w:tcPr>
          <w:p w14:paraId="57A7BBDF" w14:textId="7AA37F63" w:rsidR="0054013B" w:rsidRPr="00735073" w:rsidRDefault="0054013B" w:rsidP="0054013B">
            <w:pPr>
              <w:rPr>
                <w:rFonts w:ascii="Helvetica" w:hAnsi="Helvetica"/>
              </w:rPr>
            </w:pPr>
            <w:proofErr w:type="spellStart"/>
            <w:r w:rsidRPr="00735073">
              <w:rPr>
                <w:rFonts w:ascii="Helvetica" w:hAnsi="Helvetica"/>
                <w:b/>
              </w:rPr>
              <w:t>Verantwoordelijke</w:t>
            </w:r>
            <w:proofErr w:type="spellEnd"/>
            <w:r w:rsidRPr="00735073">
              <w:rPr>
                <w:rFonts w:ascii="Helvetica" w:hAnsi="Helvetica"/>
                <w:b/>
              </w:rPr>
              <w:t xml:space="preserve"> / </w:t>
            </w:r>
            <w:proofErr w:type="spellStart"/>
            <w:r w:rsidRPr="00735073">
              <w:rPr>
                <w:rFonts w:ascii="Helvetica" w:hAnsi="Helvetica"/>
                <w:b/>
              </w:rPr>
              <w:t>Coördinator</w:t>
            </w:r>
            <w:proofErr w:type="spellEnd"/>
          </w:p>
        </w:tc>
        <w:tc>
          <w:tcPr>
            <w:tcW w:w="6192" w:type="dxa"/>
            <w:tcMar>
              <w:top w:w="100" w:type="dxa"/>
              <w:left w:w="150" w:type="dxa"/>
              <w:bottom w:w="100" w:type="dxa"/>
              <w:right w:w="150" w:type="dxa"/>
            </w:tcMar>
          </w:tcPr>
          <w:p w14:paraId="58DF4E00" w14:textId="77777777" w:rsidR="0054013B" w:rsidRPr="00917328" w:rsidRDefault="0054013B" w:rsidP="0054013B">
            <w:pPr>
              <w:rPr>
                <w:rFonts w:ascii="Helvetica" w:hAnsi="Helvetica"/>
                <w:lang w:val="nl-BE"/>
              </w:rPr>
            </w:pPr>
            <w:r w:rsidRPr="00917328">
              <w:rPr>
                <w:rFonts w:ascii="Helvetica" w:hAnsi="Helvetica"/>
                <w:lang w:val="nl-BE"/>
              </w:rPr>
              <w:t>Naam: .............................................   Functie: .............................................................</w:t>
            </w:r>
            <w:r w:rsidRPr="00917328">
              <w:rPr>
                <w:rFonts w:ascii="Helvetica" w:hAnsi="Helvetica"/>
                <w:lang w:val="nl-BE"/>
              </w:rPr>
              <w:br/>
              <w:t>Tel/GSM: ........................................   E-mail: ...............................................................</w:t>
            </w:r>
          </w:p>
        </w:tc>
      </w:tr>
    </w:tbl>
    <w:p w14:paraId="2E0090E1" w14:textId="77777777" w:rsidR="00150EB0" w:rsidRPr="00917328" w:rsidRDefault="00150EB0">
      <w:pPr>
        <w:spacing w:after="120"/>
        <w:rPr>
          <w:rFonts w:ascii="Helvetica" w:hAnsi="Helvetica"/>
          <w:lang w:val="nl-BE"/>
        </w:rPr>
      </w:pPr>
    </w:p>
    <w:p w14:paraId="66C2E59F" w14:textId="217BD4E1" w:rsidR="00150EB0" w:rsidRPr="0054013B" w:rsidRDefault="00000000" w:rsidP="0054013B">
      <w:pPr>
        <w:pStyle w:val="Lijstalinea"/>
        <w:keepNext/>
        <w:numPr>
          <w:ilvl w:val="0"/>
          <w:numId w:val="10"/>
        </w:numPr>
        <w:spacing w:before="240" w:after="80"/>
        <w:rPr>
          <w:rFonts w:ascii="Helvetica" w:hAnsi="Helvetica"/>
          <w:b/>
          <w:color w:val="1F4E79"/>
          <w:sz w:val="30"/>
        </w:rPr>
      </w:pPr>
      <w:r w:rsidRPr="0054013B">
        <w:rPr>
          <w:rFonts w:ascii="Helvetica" w:hAnsi="Helvetica"/>
          <w:b/>
          <w:color w:val="1F4E79"/>
          <w:sz w:val="30"/>
        </w:rPr>
        <w:t xml:space="preserve">De </w:t>
      </w:r>
      <w:proofErr w:type="spellStart"/>
      <w:r w:rsidRPr="0054013B">
        <w:rPr>
          <w:rFonts w:ascii="Helvetica" w:hAnsi="Helvetica"/>
          <w:b/>
          <w:color w:val="1F4E79"/>
          <w:sz w:val="30"/>
        </w:rPr>
        <w:t>Vrijwilliger</w:t>
      </w:r>
      <w:proofErr w:type="spellEnd"/>
    </w:p>
    <w:p w14:paraId="5601E35A" w14:textId="4D2561EB" w:rsidR="0054013B" w:rsidRPr="00917328" w:rsidRDefault="0054013B" w:rsidP="0054013B">
      <w:pPr>
        <w:spacing w:after="240"/>
        <w:ind w:left="360"/>
        <w:rPr>
          <w:rFonts w:ascii="Helvetica" w:hAnsi="Helvetica"/>
          <w:lang w:val="nl-BE"/>
        </w:rPr>
      </w:pPr>
      <w:r w:rsidRPr="00917328">
        <w:rPr>
          <w:rFonts w:ascii="Helvetica" w:hAnsi="Helvetica"/>
          <w:lang w:val="nl-BE"/>
        </w:rPr>
        <w:t>Deze afsprakennota wordt aangegaan tussen enerzijds de organisatie, vertegenwoordigd door het lokaal bestuur (gemeente / OCMW).</w:t>
      </w:r>
    </w:p>
    <w:tbl>
      <w:tblPr>
        <w:tblStyle w:val="Tabelraster"/>
        <w:tblW w:w="0" w:type="auto"/>
        <w:jc w:val="center"/>
        <w:tblLayout w:type="fixed"/>
        <w:tblLook w:val="04A0" w:firstRow="1" w:lastRow="0" w:firstColumn="1" w:lastColumn="0" w:noHBand="0" w:noVBand="1"/>
      </w:tblPr>
      <w:tblGrid>
        <w:gridCol w:w="3168"/>
        <w:gridCol w:w="6192"/>
      </w:tblGrid>
      <w:tr w:rsidR="00150EB0" w:rsidRPr="00735073" w14:paraId="274C2E71" w14:textId="77777777">
        <w:trPr>
          <w:jc w:val="center"/>
        </w:trPr>
        <w:tc>
          <w:tcPr>
            <w:tcW w:w="3168" w:type="dxa"/>
            <w:tcMar>
              <w:top w:w="100" w:type="dxa"/>
              <w:left w:w="150" w:type="dxa"/>
              <w:bottom w:w="100" w:type="dxa"/>
              <w:right w:w="150" w:type="dxa"/>
            </w:tcMar>
          </w:tcPr>
          <w:p w14:paraId="5DEFF574" w14:textId="5BD253DC" w:rsidR="00150EB0" w:rsidRPr="00735073" w:rsidRDefault="00000000">
            <w:pPr>
              <w:rPr>
                <w:rFonts w:ascii="Helvetica" w:hAnsi="Helvetica"/>
              </w:rPr>
            </w:pPr>
            <w:r w:rsidRPr="00735073">
              <w:rPr>
                <w:rFonts w:ascii="Helvetica" w:hAnsi="Helvetica"/>
                <w:b/>
              </w:rPr>
              <w:t xml:space="preserve">Naam </w:t>
            </w:r>
            <w:proofErr w:type="spellStart"/>
            <w:r w:rsidRPr="00735073">
              <w:rPr>
                <w:rFonts w:ascii="Helvetica" w:hAnsi="Helvetica"/>
                <w:b/>
              </w:rPr>
              <w:t>en</w:t>
            </w:r>
            <w:proofErr w:type="spellEnd"/>
            <w:r w:rsidRPr="00735073">
              <w:rPr>
                <w:rFonts w:ascii="Helvetica" w:hAnsi="Helvetica"/>
                <w:b/>
              </w:rPr>
              <w:t xml:space="preserve"> </w:t>
            </w:r>
            <w:proofErr w:type="spellStart"/>
            <w:r w:rsidRPr="00735073">
              <w:rPr>
                <w:rFonts w:ascii="Helvetica" w:hAnsi="Helvetica"/>
                <w:b/>
              </w:rPr>
              <w:t>voornaam</w:t>
            </w:r>
            <w:proofErr w:type="spellEnd"/>
          </w:p>
        </w:tc>
        <w:tc>
          <w:tcPr>
            <w:tcW w:w="6192" w:type="dxa"/>
            <w:tcMar>
              <w:top w:w="100" w:type="dxa"/>
              <w:left w:w="150" w:type="dxa"/>
              <w:bottom w:w="100" w:type="dxa"/>
              <w:right w:w="150" w:type="dxa"/>
            </w:tcMar>
          </w:tcPr>
          <w:p w14:paraId="59A8442C" w14:textId="77777777" w:rsidR="00150EB0" w:rsidRPr="00735073" w:rsidRDefault="00000000">
            <w:pPr>
              <w:rPr>
                <w:rFonts w:ascii="Helvetica" w:hAnsi="Helvetica"/>
              </w:rPr>
            </w:pPr>
            <w:r w:rsidRPr="00735073">
              <w:rPr>
                <w:rFonts w:ascii="Helvetica" w:hAnsi="Helvetica"/>
              </w:rPr>
              <w:t>...........................................................................................................................</w:t>
            </w:r>
          </w:p>
        </w:tc>
      </w:tr>
      <w:tr w:rsidR="00150EB0" w:rsidRPr="00735073" w14:paraId="2467D80B" w14:textId="77777777">
        <w:trPr>
          <w:jc w:val="center"/>
        </w:trPr>
        <w:tc>
          <w:tcPr>
            <w:tcW w:w="3168" w:type="dxa"/>
            <w:tcMar>
              <w:top w:w="100" w:type="dxa"/>
              <w:left w:w="150" w:type="dxa"/>
              <w:bottom w:w="100" w:type="dxa"/>
              <w:right w:w="150" w:type="dxa"/>
            </w:tcMar>
          </w:tcPr>
          <w:p w14:paraId="309E7274" w14:textId="2EE7FC79" w:rsidR="00150EB0" w:rsidRPr="00735073" w:rsidRDefault="00000000">
            <w:pPr>
              <w:rPr>
                <w:rFonts w:ascii="Helvetica" w:hAnsi="Helvetica"/>
              </w:rPr>
            </w:pPr>
            <w:r w:rsidRPr="00735073">
              <w:rPr>
                <w:rFonts w:ascii="Helvetica" w:hAnsi="Helvetica"/>
                <w:b/>
              </w:rPr>
              <w:t>Adres (</w:t>
            </w:r>
            <w:proofErr w:type="spellStart"/>
            <w:r w:rsidRPr="00735073">
              <w:rPr>
                <w:rFonts w:ascii="Helvetica" w:hAnsi="Helvetica"/>
                <w:b/>
              </w:rPr>
              <w:t>Straat</w:t>
            </w:r>
            <w:proofErr w:type="spellEnd"/>
            <w:r w:rsidRPr="00735073">
              <w:rPr>
                <w:rFonts w:ascii="Helvetica" w:hAnsi="Helvetica"/>
                <w:b/>
              </w:rPr>
              <w:t>, nr, bus)</w:t>
            </w:r>
          </w:p>
        </w:tc>
        <w:tc>
          <w:tcPr>
            <w:tcW w:w="6192" w:type="dxa"/>
            <w:tcMar>
              <w:top w:w="100" w:type="dxa"/>
              <w:left w:w="150" w:type="dxa"/>
              <w:bottom w:w="100" w:type="dxa"/>
              <w:right w:w="150" w:type="dxa"/>
            </w:tcMar>
          </w:tcPr>
          <w:p w14:paraId="499997F8" w14:textId="77777777" w:rsidR="00150EB0" w:rsidRPr="00735073" w:rsidRDefault="00000000">
            <w:pPr>
              <w:rPr>
                <w:rFonts w:ascii="Helvetica" w:hAnsi="Helvetica"/>
              </w:rPr>
            </w:pPr>
            <w:r w:rsidRPr="00735073">
              <w:rPr>
                <w:rFonts w:ascii="Helvetica" w:hAnsi="Helvetica"/>
              </w:rPr>
              <w:t>...........................................................................................................................</w:t>
            </w:r>
          </w:p>
        </w:tc>
      </w:tr>
      <w:tr w:rsidR="00150EB0" w:rsidRPr="00735073" w14:paraId="75EF7B9C" w14:textId="77777777">
        <w:trPr>
          <w:jc w:val="center"/>
        </w:trPr>
        <w:tc>
          <w:tcPr>
            <w:tcW w:w="3168" w:type="dxa"/>
            <w:tcMar>
              <w:top w:w="100" w:type="dxa"/>
              <w:left w:w="150" w:type="dxa"/>
              <w:bottom w:w="100" w:type="dxa"/>
              <w:right w:w="150" w:type="dxa"/>
            </w:tcMar>
          </w:tcPr>
          <w:p w14:paraId="3ED7D465" w14:textId="14CD6C27" w:rsidR="00150EB0" w:rsidRPr="00735073" w:rsidRDefault="00000000">
            <w:pPr>
              <w:rPr>
                <w:rFonts w:ascii="Helvetica" w:hAnsi="Helvetica"/>
              </w:rPr>
            </w:pPr>
            <w:r w:rsidRPr="00735073">
              <w:rPr>
                <w:rFonts w:ascii="Helvetica" w:hAnsi="Helvetica"/>
                <w:b/>
              </w:rPr>
              <w:t xml:space="preserve">Postcode &amp; </w:t>
            </w:r>
            <w:proofErr w:type="spellStart"/>
            <w:r w:rsidRPr="00735073">
              <w:rPr>
                <w:rFonts w:ascii="Helvetica" w:hAnsi="Helvetica"/>
                <w:b/>
              </w:rPr>
              <w:t>Woonplaats</w:t>
            </w:r>
            <w:proofErr w:type="spellEnd"/>
          </w:p>
        </w:tc>
        <w:tc>
          <w:tcPr>
            <w:tcW w:w="6192" w:type="dxa"/>
            <w:tcMar>
              <w:top w:w="100" w:type="dxa"/>
              <w:left w:w="150" w:type="dxa"/>
              <w:bottom w:w="100" w:type="dxa"/>
              <w:right w:w="150" w:type="dxa"/>
            </w:tcMar>
          </w:tcPr>
          <w:p w14:paraId="78FBFB95" w14:textId="77777777" w:rsidR="00150EB0" w:rsidRPr="00735073" w:rsidRDefault="00000000">
            <w:pPr>
              <w:rPr>
                <w:rFonts w:ascii="Helvetica" w:hAnsi="Helvetica"/>
              </w:rPr>
            </w:pPr>
            <w:r w:rsidRPr="00735073">
              <w:rPr>
                <w:rFonts w:ascii="Helvetica" w:hAnsi="Helvetica"/>
              </w:rPr>
              <w:t>...........................................................................................................................</w:t>
            </w:r>
          </w:p>
        </w:tc>
      </w:tr>
      <w:tr w:rsidR="00150EB0" w:rsidRPr="00735073" w14:paraId="29D2CF53" w14:textId="77777777">
        <w:trPr>
          <w:jc w:val="center"/>
        </w:trPr>
        <w:tc>
          <w:tcPr>
            <w:tcW w:w="3168" w:type="dxa"/>
            <w:tcMar>
              <w:top w:w="100" w:type="dxa"/>
              <w:left w:w="150" w:type="dxa"/>
              <w:bottom w:w="100" w:type="dxa"/>
              <w:right w:w="150" w:type="dxa"/>
            </w:tcMar>
          </w:tcPr>
          <w:p w14:paraId="7F6612DE" w14:textId="27BABE81" w:rsidR="00150EB0" w:rsidRPr="00735073" w:rsidRDefault="00000000">
            <w:pPr>
              <w:rPr>
                <w:rFonts w:ascii="Helvetica" w:hAnsi="Helvetica"/>
              </w:rPr>
            </w:pPr>
            <w:proofErr w:type="spellStart"/>
            <w:r w:rsidRPr="00735073">
              <w:rPr>
                <w:rFonts w:ascii="Helvetica" w:hAnsi="Helvetica"/>
                <w:b/>
              </w:rPr>
              <w:t>Contactgegevens</w:t>
            </w:r>
            <w:proofErr w:type="spellEnd"/>
          </w:p>
        </w:tc>
        <w:tc>
          <w:tcPr>
            <w:tcW w:w="6192" w:type="dxa"/>
            <w:tcMar>
              <w:top w:w="100" w:type="dxa"/>
              <w:left w:w="150" w:type="dxa"/>
              <w:bottom w:w="100" w:type="dxa"/>
              <w:right w:w="150" w:type="dxa"/>
            </w:tcMar>
          </w:tcPr>
          <w:p w14:paraId="09EED0F4" w14:textId="77777777" w:rsidR="00150EB0" w:rsidRPr="00735073" w:rsidRDefault="00000000">
            <w:pPr>
              <w:rPr>
                <w:rFonts w:ascii="Helvetica" w:hAnsi="Helvetica"/>
              </w:rPr>
            </w:pPr>
            <w:r w:rsidRPr="00735073">
              <w:rPr>
                <w:rFonts w:ascii="Helvetica" w:hAnsi="Helvetica"/>
              </w:rPr>
              <w:t>Tel: ................................................   GSM: ...................................................................</w:t>
            </w:r>
            <w:r w:rsidRPr="00735073">
              <w:rPr>
                <w:rFonts w:ascii="Helvetica" w:hAnsi="Helvetica"/>
              </w:rPr>
              <w:br/>
              <w:t>E-mail: ...................................................................................................................</w:t>
            </w:r>
          </w:p>
        </w:tc>
      </w:tr>
      <w:tr w:rsidR="00150EB0" w:rsidRPr="00735073" w14:paraId="46A8C335" w14:textId="77777777">
        <w:trPr>
          <w:jc w:val="center"/>
        </w:trPr>
        <w:tc>
          <w:tcPr>
            <w:tcW w:w="3168" w:type="dxa"/>
            <w:tcMar>
              <w:top w:w="100" w:type="dxa"/>
              <w:left w:w="150" w:type="dxa"/>
              <w:bottom w:w="100" w:type="dxa"/>
              <w:right w:w="150" w:type="dxa"/>
            </w:tcMar>
          </w:tcPr>
          <w:p w14:paraId="17685CDA" w14:textId="422B2664" w:rsidR="00150EB0" w:rsidRPr="00735073" w:rsidRDefault="00000000">
            <w:pPr>
              <w:rPr>
                <w:rFonts w:ascii="Helvetica" w:hAnsi="Helvetica"/>
              </w:rPr>
            </w:pPr>
            <w:proofErr w:type="spellStart"/>
            <w:r w:rsidRPr="00735073">
              <w:rPr>
                <w:rFonts w:ascii="Helvetica" w:hAnsi="Helvetica"/>
                <w:b/>
              </w:rPr>
              <w:t>Geboortedatum</w:t>
            </w:r>
            <w:proofErr w:type="spellEnd"/>
          </w:p>
        </w:tc>
        <w:tc>
          <w:tcPr>
            <w:tcW w:w="6192" w:type="dxa"/>
            <w:tcMar>
              <w:top w:w="100" w:type="dxa"/>
              <w:left w:w="150" w:type="dxa"/>
              <w:bottom w:w="100" w:type="dxa"/>
              <w:right w:w="150" w:type="dxa"/>
            </w:tcMar>
          </w:tcPr>
          <w:p w14:paraId="19BEC56E" w14:textId="284AA9BD" w:rsidR="00150EB0" w:rsidRPr="00735073" w:rsidRDefault="00000000">
            <w:pPr>
              <w:rPr>
                <w:rFonts w:ascii="Helvetica" w:hAnsi="Helvetica"/>
              </w:rPr>
            </w:pPr>
            <w:proofErr w:type="spellStart"/>
            <w:r w:rsidRPr="00735073">
              <w:rPr>
                <w:rFonts w:ascii="Helvetica" w:hAnsi="Helvetica"/>
              </w:rPr>
              <w:t>Geboortedatum</w:t>
            </w:r>
            <w:proofErr w:type="spellEnd"/>
            <w:r w:rsidRPr="00735073">
              <w:rPr>
                <w:rFonts w:ascii="Helvetica" w:hAnsi="Helvetica"/>
              </w:rPr>
              <w:t xml:space="preserve">: ......./......./.......   </w:t>
            </w:r>
          </w:p>
        </w:tc>
      </w:tr>
    </w:tbl>
    <w:p w14:paraId="5F4DEC05" w14:textId="53C5A909" w:rsidR="00824459" w:rsidRPr="00917328" w:rsidRDefault="00000000" w:rsidP="00824459">
      <w:pPr>
        <w:pStyle w:val="Lijstalinea"/>
        <w:keepNext/>
        <w:numPr>
          <w:ilvl w:val="0"/>
          <w:numId w:val="10"/>
        </w:numPr>
        <w:spacing w:before="240" w:after="80"/>
        <w:rPr>
          <w:rFonts w:ascii="Helvetica" w:hAnsi="Helvetica"/>
          <w:b/>
          <w:color w:val="1F4E79"/>
          <w:sz w:val="30"/>
          <w:lang w:val="nl-BE"/>
        </w:rPr>
      </w:pPr>
      <w:r w:rsidRPr="00917328">
        <w:rPr>
          <w:rFonts w:ascii="Helvetica" w:hAnsi="Helvetica"/>
          <w:b/>
          <w:color w:val="1F4E79"/>
          <w:sz w:val="30"/>
          <w:lang w:val="nl-BE"/>
        </w:rPr>
        <w:t xml:space="preserve">Juridisch </w:t>
      </w:r>
      <w:r w:rsidR="00735073" w:rsidRPr="00917328">
        <w:rPr>
          <w:rFonts w:ascii="Helvetica" w:hAnsi="Helvetica"/>
          <w:b/>
          <w:color w:val="1F4E79"/>
          <w:sz w:val="30"/>
          <w:lang w:val="nl-BE"/>
        </w:rPr>
        <w:t>s</w:t>
      </w:r>
      <w:r w:rsidRPr="00917328">
        <w:rPr>
          <w:rFonts w:ascii="Helvetica" w:hAnsi="Helvetica"/>
          <w:b/>
          <w:color w:val="1F4E79"/>
          <w:sz w:val="30"/>
          <w:lang w:val="nl-BE"/>
        </w:rPr>
        <w:t xml:space="preserve">tatuut en </w:t>
      </w:r>
      <w:r w:rsidR="00735073" w:rsidRPr="00917328">
        <w:rPr>
          <w:rFonts w:ascii="Helvetica" w:hAnsi="Helvetica"/>
          <w:b/>
          <w:color w:val="1F4E79"/>
          <w:sz w:val="30"/>
          <w:lang w:val="nl-BE"/>
        </w:rPr>
        <w:t>w</w:t>
      </w:r>
      <w:r w:rsidRPr="00917328">
        <w:rPr>
          <w:rFonts w:ascii="Helvetica" w:hAnsi="Helvetica"/>
          <w:b/>
          <w:color w:val="1F4E79"/>
          <w:sz w:val="30"/>
          <w:lang w:val="nl-BE"/>
        </w:rPr>
        <w:t xml:space="preserve">erking van de </w:t>
      </w:r>
      <w:r w:rsidR="00735073" w:rsidRPr="00917328">
        <w:rPr>
          <w:rFonts w:ascii="Helvetica" w:hAnsi="Helvetica"/>
          <w:b/>
          <w:color w:val="1F4E79"/>
          <w:sz w:val="30"/>
          <w:lang w:val="nl-BE"/>
        </w:rPr>
        <w:t>o</w:t>
      </w:r>
      <w:r w:rsidRPr="00917328">
        <w:rPr>
          <w:rFonts w:ascii="Helvetica" w:hAnsi="Helvetica"/>
          <w:b/>
          <w:color w:val="1F4E79"/>
          <w:sz w:val="30"/>
          <w:lang w:val="nl-BE"/>
        </w:rPr>
        <w:t>rganisatie</w:t>
      </w:r>
    </w:p>
    <w:p w14:paraId="1A23A2C5" w14:textId="77777777" w:rsidR="00150EB0" w:rsidRPr="00917328" w:rsidRDefault="00000000">
      <w:pPr>
        <w:spacing w:after="160"/>
        <w:rPr>
          <w:rFonts w:ascii="Helvetica" w:hAnsi="Helvetica"/>
          <w:lang w:val="nl-BE"/>
        </w:rPr>
      </w:pPr>
      <w:r w:rsidRPr="00917328">
        <w:rPr>
          <w:rFonts w:ascii="Helvetica" w:hAnsi="Helvetica"/>
          <w:lang w:val="nl-BE"/>
        </w:rPr>
        <w:t>Het lokaal bestuur is een publiekrechtelijke instelling. De diensten die onder deze afsprakennota vallen, zijn door het Departement WVG (Welzijn, Volksgezondheid en Gezin) erkend en/of gesubsidieerd. Het lokaal bestuur stelt deze voorzieningen open voor georganiseerd vrijwilligerswerk conform het Decreet Georganiseerd Vrijwilligerswerk.</w:t>
      </w:r>
    </w:p>
    <w:p w14:paraId="6428154A" w14:textId="77777777" w:rsidR="00150EB0" w:rsidRPr="00917328" w:rsidRDefault="00000000">
      <w:pPr>
        <w:keepNext/>
        <w:spacing w:before="240" w:after="80"/>
        <w:rPr>
          <w:rFonts w:ascii="Helvetica" w:hAnsi="Helvetica"/>
          <w:lang w:val="nl-BE"/>
        </w:rPr>
      </w:pPr>
      <w:r w:rsidRPr="00917328">
        <w:rPr>
          <w:rFonts w:ascii="Helvetica" w:hAnsi="Helvetica"/>
          <w:b/>
          <w:color w:val="595959"/>
          <w:sz w:val="24"/>
          <w:lang w:val="nl-BE"/>
        </w:rPr>
        <w:t>Samenwerking en positie van de vrijwilliger</w:t>
      </w:r>
    </w:p>
    <w:p w14:paraId="70C59AC9" w14:textId="6E62C448" w:rsidR="00150EB0" w:rsidRPr="00917328" w:rsidRDefault="00000000">
      <w:pPr>
        <w:spacing w:after="160"/>
        <w:rPr>
          <w:rFonts w:ascii="Helvetica" w:hAnsi="Helvetica"/>
          <w:lang w:val="nl-BE"/>
        </w:rPr>
      </w:pPr>
      <w:r w:rsidRPr="00917328">
        <w:rPr>
          <w:rFonts w:ascii="Helvetica" w:hAnsi="Helvetica"/>
          <w:lang w:val="nl-BE"/>
        </w:rPr>
        <w:t xml:space="preserve">De vrijwilliger wordt ingeschakeld binnen de werking van </w:t>
      </w:r>
      <w:r w:rsidR="003E1AFE" w:rsidRPr="00917328">
        <w:rPr>
          <w:rFonts w:ascii="Helvetica" w:hAnsi="Helvetica"/>
          <w:lang w:val="nl-BE"/>
        </w:rPr>
        <w:t xml:space="preserve">…………………………………………..        </w:t>
      </w:r>
      <w:r w:rsidR="003E1AFE" w:rsidRPr="00917328">
        <w:rPr>
          <w:rFonts w:ascii="Helvetica" w:hAnsi="Helvetica"/>
          <w:color w:val="C00000"/>
          <w:lang w:val="nl-BE"/>
        </w:rPr>
        <w:t>(</w:t>
      </w:r>
      <w:r w:rsidR="001D662F" w:rsidRPr="00917328">
        <w:rPr>
          <w:rFonts w:ascii="Helvetica" w:hAnsi="Helvetica"/>
          <w:i/>
          <w:iCs/>
          <w:color w:val="C00000"/>
          <w:lang w:val="nl-BE"/>
        </w:rPr>
        <w:t>dienst/werking/voorziening</w:t>
      </w:r>
      <w:r w:rsidR="003E1AFE" w:rsidRPr="00917328">
        <w:rPr>
          <w:rFonts w:ascii="Helvetica" w:hAnsi="Helvetica"/>
          <w:color w:val="C00000"/>
          <w:lang w:val="nl-BE"/>
        </w:rPr>
        <w:t>)</w:t>
      </w:r>
      <w:r w:rsidRPr="00917328">
        <w:rPr>
          <w:rFonts w:ascii="Helvetica" w:hAnsi="Helvetica"/>
          <w:color w:val="C00000"/>
          <w:lang w:val="nl-BE"/>
        </w:rPr>
        <w:t xml:space="preserve">. </w:t>
      </w:r>
      <w:r w:rsidRPr="00917328">
        <w:rPr>
          <w:rFonts w:ascii="Helvetica" w:hAnsi="Helvetica"/>
          <w:lang w:val="nl-BE"/>
        </w:rPr>
        <w:t xml:space="preserve">De vrijwilliger </w:t>
      </w:r>
      <w:r w:rsidRPr="00917328">
        <w:rPr>
          <w:rFonts w:ascii="Helvetica" w:hAnsi="Helvetica"/>
          <w:b/>
          <w:lang w:val="nl-BE"/>
        </w:rPr>
        <w:t>werkt nauw samen met zowel beroepskrachten als met andere vrijwilligers</w:t>
      </w:r>
      <w:r w:rsidRPr="00917328">
        <w:rPr>
          <w:rFonts w:ascii="Helvetica" w:hAnsi="Helvetica"/>
          <w:lang w:val="nl-BE"/>
        </w:rPr>
        <w:t>. Vrijwilligers hebben een ondersteunende, aanvullende rol en vervangen in geen geval de reguliere professionele medewerkers. Concrete taakafspraken, instructies en de dagelijkse begeleiding worden verzorgd door de verantwoordelijke van de specifieke dienst of een aangewezen vrijwilligers</w:t>
      </w:r>
      <w:r w:rsidR="003E1AFE" w:rsidRPr="00917328">
        <w:rPr>
          <w:rFonts w:ascii="Helvetica" w:hAnsi="Helvetica"/>
          <w:lang w:val="nl-BE"/>
        </w:rPr>
        <w:t>coach</w:t>
      </w:r>
      <w:r w:rsidRPr="00917328">
        <w:rPr>
          <w:rFonts w:ascii="Helvetica" w:hAnsi="Helvetica"/>
          <w:lang w:val="nl-BE"/>
        </w:rPr>
        <w:t>.</w:t>
      </w:r>
    </w:p>
    <w:p w14:paraId="67D0083A" w14:textId="3081B049" w:rsidR="00150EB0" w:rsidRPr="00824459" w:rsidRDefault="00824459" w:rsidP="00824459">
      <w:pPr>
        <w:pStyle w:val="Lijstalinea"/>
        <w:keepNext/>
        <w:numPr>
          <w:ilvl w:val="0"/>
          <w:numId w:val="10"/>
        </w:numPr>
        <w:spacing w:before="240" w:after="80"/>
        <w:rPr>
          <w:rFonts w:ascii="Helvetica" w:hAnsi="Helvetica"/>
          <w:b/>
          <w:color w:val="1F4E79"/>
          <w:sz w:val="30"/>
        </w:rPr>
      </w:pPr>
      <w:r>
        <w:rPr>
          <w:rFonts w:ascii="Helvetica" w:hAnsi="Helvetica"/>
          <w:b/>
          <w:color w:val="1F4E79"/>
          <w:sz w:val="30"/>
        </w:rPr>
        <w:lastRenderedPageBreak/>
        <w:t>T</w:t>
      </w:r>
      <w:r w:rsidRPr="00824459">
        <w:rPr>
          <w:rFonts w:ascii="Helvetica" w:hAnsi="Helvetica"/>
          <w:b/>
          <w:color w:val="1F4E79"/>
          <w:sz w:val="30"/>
        </w:rPr>
        <w:t>aken</w:t>
      </w:r>
    </w:p>
    <w:p w14:paraId="443DE48F" w14:textId="77777777" w:rsidR="00824459" w:rsidRPr="00824459" w:rsidRDefault="00824459" w:rsidP="00824459">
      <w:pPr>
        <w:pStyle w:val="Lijstalinea"/>
        <w:keepNext/>
        <w:spacing w:before="240" w:after="80"/>
        <w:rPr>
          <w:rFonts w:ascii="Helvetica" w:hAnsi="Helvetica"/>
        </w:rPr>
      </w:pPr>
    </w:p>
    <w:p w14:paraId="32D898F9" w14:textId="2446C092" w:rsidR="00150EB0" w:rsidRPr="00917328" w:rsidRDefault="00000000">
      <w:pPr>
        <w:spacing w:after="160"/>
        <w:rPr>
          <w:rFonts w:ascii="Helvetica" w:hAnsi="Helvetica"/>
          <w:i/>
          <w:iCs/>
          <w:lang w:val="nl-BE"/>
        </w:rPr>
      </w:pPr>
      <w:r w:rsidRPr="00917328">
        <w:rPr>
          <w:rFonts w:ascii="Helvetica" w:hAnsi="Helvetica"/>
          <w:lang w:val="nl-BE"/>
        </w:rPr>
        <w:t xml:space="preserve">De vrijwilliger engageert zich voor specifieke ondersteunende activiteiten. </w:t>
      </w:r>
      <w:r w:rsidRPr="00917328">
        <w:rPr>
          <w:rFonts w:ascii="Helvetica" w:hAnsi="Helvetica"/>
          <w:i/>
          <w:iCs/>
          <w:color w:val="EE0000"/>
          <w:lang w:val="nl-BE"/>
        </w:rPr>
        <w:t xml:space="preserve">Hieronder zijn de meest voorkomende functieprofielen binnen de </w:t>
      </w:r>
      <w:r w:rsidR="00B148F3" w:rsidRPr="00917328">
        <w:rPr>
          <w:rFonts w:ascii="Helvetica" w:hAnsi="Helvetica"/>
          <w:i/>
          <w:iCs/>
          <w:color w:val="EE0000"/>
          <w:lang w:val="nl-BE"/>
        </w:rPr>
        <w:t>welzijnsvoorzieningen</w:t>
      </w:r>
      <w:r w:rsidRPr="00917328">
        <w:rPr>
          <w:rFonts w:ascii="Helvetica" w:hAnsi="Helvetica"/>
          <w:i/>
          <w:iCs/>
          <w:color w:val="EE0000"/>
          <w:lang w:val="nl-BE"/>
        </w:rPr>
        <w:t xml:space="preserve"> van het lokaal bestuur opgenomen. Gelieve </w:t>
      </w:r>
      <w:r w:rsidR="00824459" w:rsidRPr="00917328">
        <w:rPr>
          <w:rFonts w:ascii="Helvetica" w:hAnsi="Helvetica"/>
          <w:i/>
          <w:iCs/>
          <w:color w:val="EE0000"/>
          <w:lang w:val="nl-BE"/>
        </w:rPr>
        <w:t xml:space="preserve">enkel </w:t>
      </w:r>
      <w:r w:rsidRPr="00917328">
        <w:rPr>
          <w:rFonts w:ascii="Helvetica" w:hAnsi="Helvetica"/>
          <w:i/>
          <w:iCs/>
          <w:color w:val="EE0000"/>
          <w:lang w:val="nl-BE"/>
        </w:rPr>
        <w:t>de passende taken te</w:t>
      </w:r>
      <w:r w:rsidR="00B148F3" w:rsidRPr="00917328">
        <w:rPr>
          <w:rFonts w:ascii="Helvetica" w:hAnsi="Helvetica"/>
          <w:i/>
          <w:iCs/>
          <w:color w:val="EE0000"/>
          <w:lang w:val="nl-BE"/>
        </w:rPr>
        <w:t xml:space="preserve"> behouden /</w:t>
      </w:r>
      <w:r w:rsidRPr="00917328">
        <w:rPr>
          <w:rFonts w:ascii="Helvetica" w:hAnsi="Helvetica"/>
          <w:i/>
          <w:iCs/>
          <w:color w:val="EE0000"/>
          <w:lang w:val="nl-BE"/>
        </w:rPr>
        <w:t xml:space="preserve"> aan te vullen</w:t>
      </w:r>
      <w:r w:rsidRPr="00917328">
        <w:rPr>
          <w:rFonts w:ascii="Helvetica" w:hAnsi="Helvetica"/>
          <w:i/>
          <w:iCs/>
          <w:lang w:val="nl-BE"/>
        </w:rPr>
        <w:t>:</w:t>
      </w:r>
    </w:p>
    <w:p w14:paraId="3A71649F" w14:textId="7BF307C2" w:rsidR="00150EB0" w:rsidRPr="00735073" w:rsidRDefault="00000000">
      <w:pPr>
        <w:keepNext/>
        <w:spacing w:before="240" w:after="80"/>
        <w:rPr>
          <w:rFonts w:ascii="Helvetica" w:hAnsi="Helvetica"/>
        </w:rPr>
      </w:pPr>
      <w:r w:rsidRPr="00735073">
        <w:rPr>
          <w:rFonts w:ascii="Helvetica" w:hAnsi="Helvetica"/>
          <w:b/>
          <w:color w:val="595959"/>
          <w:sz w:val="24"/>
        </w:rPr>
        <w:t xml:space="preserve">A. </w:t>
      </w:r>
      <w:proofErr w:type="spellStart"/>
      <w:r w:rsidRPr="00735073">
        <w:rPr>
          <w:rFonts w:ascii="Helvetica" w:hAnsi="Helvetica"/>
          <w:b/>
          <w:color w:val="595959"/>
          <w:sz w:val="24"/>
        </w:rPr>
        <w:t>Woonzorgcentrum</w:t>
      </w:r>
      <w:proofErr w:type="spellEnd"/>
      <w:r w:rsidRPr="00735073">
        <w:rPr>
          <w:rFonts w:ascii="Helvetica" w:hAnsi="Helvetica"/>
          <w:b/>
          <w:color w:val="595959"/>
          <w:sz w:val="24"/>
        </w:rPr>
        <w:t xml:space="preserve"> (WZC) </w:t>
      </w:r>
    </w:p>
    <w:p w14:paraId="2B2DEB46" w14:textId="77777777" w:rsidR="00150EB0" w:rsidRPr="00917328" w:rsidRDefault="00000000">
      <w:pPr>
        <w:pStyle w:val="Lijstopsomteken"/>
        <w:spacing w:after="60"/>
        <w:rPr>
          <w:rFonts w:ascii="Helvetica" w:hAnsi="Helvetica"/>
          <w:lang w:val="nl-BE"/>
        </w:rPr>
      </w:pPr>
      <w:r w:rsidRPr="00917328">
        <w:rPr>
          <w:rFonts w:ascii="Helvetica" w:hAnsi="Helvetica"/>
          <w:lang w:val="nl-BE"/>
        </w:rPr>
        <w:t>Cafetaria- / barhulp: Ontvangen van bewoners en bezoekers, opdienen van dranken, gezellig babbeltje slaan en opruimen van de cafetaria.</w:t>
      </w:r>
    </w:p>
    <w:p w14:paraId="1BA7A929" w14:textId="77777777" w:rsidR="00150EB0" w:rsidRPr="00917328" w:rsidRDefault="00000000">
      <w:pPr>
        <w:pStyle w:val="Lijstopsomteken"/>
        <w:spacing w:after="60"/>
        <w:rPr>
          <w:rFonts w:ascii="Helvetica" w:hAnsi="Helvetica"/>
          <w:lang w:val="nl-BE"/>
        </w:rPr>
      </w:pPr>
      <w:r w:rsidRPr="00917328">
        <w:rPr>
          <w:rFonts w:ascii="Helvetica" w:hAnsi="Helvetica"/>
          <w:lang w:val="nl-BE"/>
        </w:rPr>
        <w:t>Logistieke ondersteuning bij maaltijden: Bewoners begeleiden naar de eetzaal, helpen bij het serveren van dranken/maaltijden, en gezelschap houden (geen medisch-verpleegkundige handelingen).</w:t>
      </w:r>
    </w:p>
    <w:p w14:paraId="0A113D60" w14:textId="77777777" w:rsidR="00150EB0" w:rsidRPr="00917328" w:rsidRDefault="00000000">
      <w:pPr>
        <w:pStyle w:val="Lijstopsomteken"/>
        <w:spacing w:after="60"/>
        <w:rPr>
          <w:rFonts w:ascii="Helvetica" w:hAnsi="Helvetica"/>
          <w:lang w:val="nl-BE"/>
        </w:rPr>
      </w:pPr>
      <w:r w:rsidRPr="00917328">
        <w:rPr>
          <w:rFonts w:ascii="Helvetica" w:hAnsi="Helvetica"/>
          <w:lang w:val="nl-BE"/>
        </w:rPr>
        <w:t>Wandel- en transportbegeleiding: Bewoners in een rolstoel of minder mobiele bewoners begeleiden tijdens een wandeling in de tuin/buurt of bij interne verplaatsingen.</w:t>
      </w:r>
    </w:p>
    <w:p w14:paraId="526C372F" w14:textId="77777777" w:rsidR="00150EB0" w:rsidRPr="00917328" w:rsidRDefault="00000000">
      <w:pPr>
        <w:pStyle w:val="Lijstopsomteken"/>
        <w:spacing w:after="60"/>
        <w:rPr>
          <w:rFonts w:ascii="Helvetica" w:hAnsi="Helvetica"/>
          <w:lang w:val="nl-BE"/>
        </w:rPr>
      </w:pPr>
      <w:r w:rsidRPr="00917328">
        <w:rPr>
          <w:rFonts w:ascii="Helvetica" w:hAnsi="Helvetica"/>
          <w:lang w:val="nl-BE"/>
        </w:rPr>
        <w:t>Animatie en vrijetijdsbesteding: Ondersteunen van de ergotherapeuten/animatoren bij groepsactiviteiten (bijv. knutselen, bingo, zang, voorlezen, gezelschapsspelletjes) of individuele bezoeken.</w:t>
      </w:r>
    </w:p>
    <w:p w14:paraId="1C8DDF77" w14:textId="77777777" w:rsidR="00150EB0" w:rsidRPr="00917328" w:rsidRDefault="00000000">
      <w:pPr>
        <w:pStyle w:val="Lijstopsomteken"/>
        <w:spacing w:after="60"/>
        <w:rPr>
          <w:rFonts w:ascii="Helvetica" w:hAnsi="Helvetica"/>
          <w:lang w:val="nl-BE"/>
        </w:rPr>
      </w:pPr>
      <w:r w:rsidRPr="00917328">
        <w:rPr>
          <w:rFonts w:ascii="Helvetica" w:hAnsi="Helvetica"/>
          <w:lang w:val="nl-BE"/>
        </w:rPr>
        <w:t>Andere specifieke taken (in te vullen): .............................................................................................................................................</w:t>
      </w:r>
    </w:p>
    <w:p w14:paraId="09C2A676" w14:textId="357D88DA" w:rsidR="00150EB0" w:rsidRPr="00735073" w:rsidRDefault="00000000">
      <w:pPr>
        <w:keepNext/>
        <w:spacing w:before="240" w:after="80"/>
        <w:rPr>
          <w:rFonts w:ascii="Helvetica" w:hAnsi="Helvetica"/>
        </w:rPr>
      </w:pPr>
      <w:r w:rsidRPr="00735073">
        <w:rPr>
          <w:rFonts w:ascii="Helvetica" w:hAnsi="Helvetica"/>
          <w:b/>
          <w:color w:val="595959"/>
          <w:sz w:val="24"/>
        </w:rPr>
        <w:t xml:space="preserve">B. </w:t>
      </w:r>
      <w:proofErr w:type="spellStart"/>
      <w:r w:rsidRPr="00735073">
        <w:rPr>
          <w:rFonts w:ascii="Helvetica" w:hAnsi="Helvetica"/>
          <w:b/>
          <w:color w:val="595959"/>
          <w:sz w:val="24"/>
        </w:rPr>
        <w:t>Lokaal</w:t>
      </w:r>
      <w:proofErr w:type="spellEnd"/>
      <w:r w:rsidRPr="00735073">
        <w:rPr>
          <w:rFonts w:ascii="Helvetica" w:hAnsi="Helvetica"/>
          <w:b/>
          <w:color w:val="595959"/>
          <w:sz w:val="24"/>
        </w:rPr>
        <w:t xml:space="preserve"> </w:t>
      </w:r>
      <w:proofErr w:type="spellStart"/>
      <w:r w:rsidRPr="00735073">
        <w:rPr>
          <w:rFonts w:ascii="Helvetica" w:hAnsi="Helvetica"/>
          <w:b/>
          <w:color w:val="595959"/>
          <w:sz w:val="24"/>
        </w:rPr>
        <w:t>Dienstencentrum</w:t>
      </w:r>
      <w:proofErr w:type="spellEnd"/>
      <w:r w:rsidRPr="00735073">
        <w:rPr>
          <w:rFonts w:ascii="Helvetica" w:hAnsi="Helvetica"/>
          <w:b/>
          <w:color w:val="595959"/>
          <w:sz w:val="24"/>
        </w:rPr>
        <w:t xml:space="preserve"> (LDC) </w:t>
      </w:r>
    </w:p>
    <w:p w14:paraId="0B78A243" w14:textId="77777777" w:rsidR="00150EB0" w:rsidRPr="00917328" w:rsidRDefault="00000000">
      <w:pPr>
        <w:pStyle w:val="Lijstopsomteken"/>
        <w:spacing w:after="60"/>
        <w:rPr>
          <w:rFonts w:ascii="Helvetica" w:hAnsi="Helvetica"/>
          <w:lang w:val="nl-BE"/>
        </w:rPr>
      </w:pPr>
      <w:r w:rsidRPr="00917328">
        <w:rPr>
          <w:rFonts w:ascii="Helvetica" w:hAnsi="Helvetica"/>
          <w:lang w:val="nl-BE"/>
        </w:rPr>
        <w:t>Onthaal en administratie: Ontvangen en wegwijs maken van bezoekers, beantwoorden van de telefoon, infofolders meegeven en eenvoudige administratieve taken.</w:t>
      </w:r>
    </w:p>
    <w:p w14:paraId="3FBA3686" w14:textId="77777777" w:rsidR="00150EB0" w:rsidRPr="00917328" w:rsidRDefault="00000000">
      <w:pPr>
        <w:pStyle w:val="Lijstopsomteken"/>
        <w:spacing w:after="60"/>
        <w:rPr>
          <w:rFonts w:ascii="Helvetica" w:hAnsi="Helvetica"/>
          <w:lang w:val="nl-BE"/>
        </w:rPr>
      </w:pPr>
      <w:r w:rsidRPr="00917328">
        <w:rPr>
          <w:rFonts w:ascii="Helvetica" w:hAnsi="Helvetica"/>
          <w:lang w:val="nl-BE"/>
        </w:rPr>
        <w:t>Chauffeur minder mobielen (Minder Mobielen Centrale - MMC): Vervoeren van minder mobiele burgers voor medische, administratieve of sociale doeleinden (conforme kilometervergoeding van toepassing).</w:t>
      </w:r>
    </w:p>
    <w:p w14:paraId="65CA8732" w14:textId="77777777" w:rsidR="00150EB0" w:rsidRPr="00917328" w:rsidRDefault="00000000">
      <w:pPr>
        <w:pStyle w:val="Lijstopsomteken"/>
        <w:spacing w:after="60"/>
        <w:rPr>
          <w:rFonts w:ascii="Helvetica" w:hAnsi="Helvetica"/>
          <w:lang w:val="nl-BE"/>
        </w:rPr>
      </w:pPr>
      <w:r w:rsidRPr="00917328">
        <w:rPr>
          <w:rFonts w:ascii="Helvetica" w:hAnsi="Helvetica"/>
          <w:lang w:val="nl-BE"/>
        </w:rPr>
        <w:t>Hulp in het buurtrestarant: Helpen bij het dekken van tafels, bedienen van bezoekers tijdens het middagmaal, afruimen en afwassen.</w:t>
      </w:r>
    </w:p>
    <w:p w14:paraId="25B1852C" w14:textId="77777777" w:rsidR="00150EB0" w:rsidRPr="00917328" w:rsidRDefault="00000000">
      <w:pPr>
        <w:pStyle w:val="Lijstopsomteken"/>
        <w:spacing w:after="60"/>
        <w:rPr>
          <w:rFonts w:ascii="Helvetica" w:hAnsi="Helvetica"/>
          <w:lang w:val="nl-BE"/>
        </w:rPr>
      </w:pPr>
      <w:r w:rsidRPr="00917328">
        <w:rPr>
          <w:rFonts w:ascii="Helvetica" w:hAnsi="Helvetica"/>
          <w:lang w:val="nl-BE"/>
        </w:rPr>
        <w:t>Andere specifieke taken (in te vullen): .............................................................................................................................................</w:t>
      </w:r>
    </w:p>
    <w:p w14:paraId="264EB410" w14:textId="5D3CB2C2" w:rsidR="00150EB0" w:rsidRPr="00735073" w:rsidRDefault="00000000">
      <w:pPr>
        <w:keepNext/>
        <w:spacing w:before="240" w:after="80"/>
        <w:rPr>
          <w:rFonts w:ascii="Helvetica" w:hAnsi="Helvetica"/>
        </w:rPr>
      </w:pPr>
      <w:r w:rsidRPr="00735073">
        <w:rPr>
          <w:rFonts w:ascii="Helvetica" w:hAnsi="Helvetica"/>
          <w:b/>
          <w:color w:val="595959"/>
          <w:sz w:val="24"/>
        </w:rPr>
        <w:t xml:space="preserve">C. </w:t>
      </w:r>
      <w:proofErr w:type="spellStart"/>
      <w:r w:rsidRPr="00735073">
        <w:rPr>
          <w:rFonts w:ascii="Helvetica" w:hAnsi="Helvetica"/>
          <w:b/>
          <w:color w:val="595959"/>
          <w:sz w:val="24"/>
        </w:rPr>
        <w:t>Kinderopvang</w:t>
      </w:r>
      <w:proofErr w:type="spellEnd"/>
      <w:r w:rsidRPr="00735073">
        <w:rPr>
          <w:rFonts w:ascii="Helvetica" w:hAnsi="Helvetica"/>
          <w:b/>
          <w:color w:val="595959"/>
          <w:sz w:val="24"/>
        </w:rPr>
        <w:t xml:space="preserve"> (</w:t>
      </w:r>
      <w:proofErr w:type="spellStart"/>
      <w:r w:rsidRPr="00735073">
        <w:rPr>
          <w:rFonts w:ascii="Helvetica" w:hAnsi="Helvetica"/>
          <w:b/>
          <w:color w:val="595959"/>
          <w:sz w:val="24"/>
        </w:rPr>
        <w:t>Groepsopvang</w:t>
      </w:r>
      <w:proofErr w:type="spellEnd"/>
      <w:r w:rsidRPr="00735073">
        <w:rPr>
          <w:rFonts w:ascii="Helvetica" w:hAnsi="Helvetica"/>
          <w:b/>
          <w:color w:val="595959"/>
          <w:sz w:val="24"/>
        </w:rPr>
        <w:t xml:space="preserve">) </w:t>
      </w:r>
    </w:p>
    <w:p w14:paraId="345EA3CD" w14:textId="77777777" w:rsidR="00150EB0" w:rsidRPr="00917328" w:rsidRDefault="00000000">
      <w:pPr>
        <w:pStyle w:val="Lijstopsomteken"/>
        <w:spacing w:after="60"/>
        <w:rPr>
          <w:rFonts w:ascii="Helvetica" w:hAnsi="Helvetica"/>
          <w:lang w:val="nl-BE"/>
        </w:rPr>
      </w:pPr>
      <w:r w:rsidRPr="00917328">
        <w:rPr>
          <w:rFonts w:ascii="Helvetica" w:hAnsi="Helvetica"/>
          <w:lang w:val="nl-BE"/>
        </w:rPr>
        <w:t>Voorlezen en spelbegeleiding: Actief meespelen met de kinderen, voorlezen van boekjes, knutselactiviteiten ondersteunen en toezicht houden bij buitenspel.</w:t>
      </w:r>
    </w:p>
    <w:p w14:paraId="2DBECF15" w14:textId="77777777" w:rsidR="00150EB0" w:rsidRPr="00917328" w:rsidRDefault="00000000">
      <w:pPr>
        <w:pStyle w:val="Lijstopsomteken"/>
        <w:spacing w:after="60"/>
        <w:rPr>
          <w:rFonts w:ascii="Helvetica" w:hAnsi="Helvetica"/>
          <w:lang w:val="nl-BE"/>
        </w:rPr>
      </w:pPr>
      <w:r w:rsidRPr="00917328">
        <w:rPr>
          <w:rFonts w:ascii="Helvetica" w:hAnsi="Helvetica"/>
          <w:lang w:val="nl-BE"/>
        </w:rPr>
        <w:t>Logistieke hulp: Helpen bij het voorbereiden en opdienen van vieruurtjes/fruit, afruimen, afwassen en de speelruimtes netjes houden.</w:t>
      </w:r>
    </w:p>
    <w:p w14:paraId="0C1B29C8" w14:textId="77777777" w:rsidR="00150EB0" w:rsidRPr="00917328" w:rsidRDefault="00000000">
      <w:pPr>
        <w:pStyle w:val="Lijstopsomteken"/>
        <w:spacing w:after="60"/>
        <w:rPr>
          <w:rFonts w:ascii="Helvetica" w:hAnsi="Helvetica"/>
          <w:lang w:val="nl-BE"/>
        </w:rPr>
      </w:pPr>
      <w:r w:rsidRPr="00917328">
        <w:rPr>
          <w:rFonts w:ascii="Helvetica" w:hAnsi="Helvetica"/>
          <w:lang w:val="nl-BE"/>
        </w:rPr>
        <w:t>Begeleiding bij verplaatsingen: Ondersteunen van de kinderbegeleiders tijdens wandelingen, uitstapjes of het ophalen van kinderen van de school naar de opvang.</w:t>
      </w:r>
    </w:p>
    <w:p w14:paraId="091E8645" w14:textId="77777777" w:rsidR="00150EB0" w:rsidRPr="00917328" w:rsidRDefault="00000000">
      <w:pPr>
        <w:pStyle w:val="Lijstopsomteken"/>
        <w:spacing w:after="60"/>
        <w:rPr>
          <w:rFonts w:ascii="Helvetica" w:hAnsi="Helvetica"/>
          <w:lang w:val="nl-BE"/>
        </w:rPr>
      </w:pPr>
      <w:r w:rsidRPr="00917328">
        <w:rPr>
          <w:rFonts w:ascii="Helvetica" w:hAnsi="Helvetica"/>
          <w:lang w:val="nl-BE"/>
        </w:rPr>
        <w:t>Andere specifieke taken (in te vullen): .............................................................................................................................................</w:t>
      </w:r>
    </w:p>
    <w:p w14:paraId="331B9205" w14:textId="77777777" w:rsidR="008745C8" w:rsidRPr="00917328" w:rsidRDefault="008745C8" w:rsidP="008745C8">
      <w:pPr>
        <w:keepNext/>
        <w:spacing w:before="240" w:after="80"/>
        <w:ind w:left="360"/>
        <w:rPr>
          <w:rFonts w:ascii="Helvetica" w:hAnsi="Helvetica"/>
          <w:b/>
          <w:color w:val="1F4E79"/>
          <w:sz w:val="30"/>
          <w:lang w:val="nl-BE"/>
        </w:rPr>
      </w:pPr>
    </w:p>
    <w:p w14:paraId="47A04DB3" w14:textId="19DBDE63" w:rsidR="008745C8" w:rsidRDefault="008745C8" w:rsidP="008745C8">
      <w:pPr>
        <w:pStyle w:val="Lijstalinea"/>
        <w:keepNext/>
        <w:numPr>
          <w:ilvl w:val="0"/>
          <w:numId w:val="10"/>
        </w:numPr>
        <w:spacing w:before="240" w:after="80"/>
        <w:rPr>
          <w:rFonts w:ascii="Helvetica" w:hAnsi="Helvetica"/>
          <w:b/>
          <w:color w:val="1F4E79"/>
          <w:sz w:val="30"/>
        </w:rPr>
      </w:pPr>
      <w:proofErr w:type="spellStart"/>
      <w:r>
        <w:rPr>
          <w:rFonts w:ascii="Helvetica" w:hAnsi="Helvetica"/>
          <w:b/>
          <w:color w:val="1F4E79"/>
          <w:sz w:val="30"/>
        </w:rPr>
        <w:t>Beschikbaarheid</w:t>
      </w:r>
      <w:proofErr w:type="spellEnd"/>
    </w:p>
    <w:p w14:paraId="0116AF2E" w14:textId="77777777" w:rsidR="008745C8" w:rsidRPr="00917328" w:rsidRDefault="008745C8" w:rsidP="008745C8">
      <w:pPr>
        <w:spacing w:after="160"/>
        <w:rPr>
          <w:rFonts w:ascii="Helvetica" w:hAnsi="Helvetica"/>
          <w:lang w:val="nl-BE"/>
        </w:rPr>
      </w:pPr>
      <w:r w:rsidRPr="00917328">
        <w:rPr>
          <w:rFonts w:ascii="Helvetica" w:hAnsi="Helvetica"/>
          <w:lang w:val="nl-BE"/>
        </w:rPr>
        <w:t>De inzet van de vrijwilliger gebeurt in onderling overleg en volgens de behoeften van de dienst:</w:t>
      </w:r>
    </w:p>
    <w:p w14:paraId="5E4B1EE6" w14:textId="7F8D0D14" w:rsidR="008745C8" w:rsidRPr="00917328" w:rsidRDefault="008745C8" w:rsidP="008745C8">
      <w:pPr>
        <w:spacing w:after="120"/>
        <w:rPr>
          <w:rFonts w:ascii="Helvetica" w:hAnsi="Helvetica"/>
          <w:lang w:val="nl-BE"/>
        </w:rPr>
      </w:pPr>
      <w:r w:rsidRPr="00917328">
        <w:rPr>
          <w:rFonts w:ascii="Helvetica" w:hAnsi="Helvetica"/>
          <w:lang w:val="nl-BE"/>
        </w:rPr>
        <w:t xml:space="preserve">Wekelijkse dagen:  Maandag / Dinsdag / Woensdag / Donderdag / Vrijdag / Zaterdag  / Zondag </w:t>
      </w:r>
      <w:r w:rsidRPr="00917328">
        <w:rPr>
          <w:rFonts w:ascii="Helvetica" w:hAnsi="Helvetica"/>
          <w:i/>
          <w:iCs/>
          <w:color w:val="EE0000"/>
          <w:lang w:val="nl-BE"/>
        </w:rPr>
        <w:t>(</w:t>
      </w:r>
      <w:r w:rsidR="00B82FF4" w:rsidRPr="00917328">
        <w:rPr>
          <w:rFonts w:ascii="Helvetica" w:hAnsi="Helvetica"/>
          <w:i/>
          <w:iCs/>
          <w:color w:val="EE0000"/>
          <w:lang w:val="nl-BE"/>
        </w:rPr>
        <w:t>schrappen wat niet past)</w:t>
      </w:r>
    </w:p>
    <w:p w14:paraId="02ED3753" w14:textId="1CD6BD67" w:rsidR="008745C8" w:rsidRPr="00917328" w:rsidRDefault="008745C8" w:rsidP="008745C8">
      <w:pPr>
        <w:spacing w:after="240"/>
        <w:rPr>
          <w:rFonts w:ascii="Helvetica" w:hAnsi="Helvetica"/>
          <w:lang w:val="nl-BE"/>
        </w:rPr>
      </w:pPr>
      <w:r w:rsidRPr="00917328">
        <w:rPr>
          <w:rFonts w:ascii="Helvetica" w:hAnsi="Helvetica"/>
          <w:lang w:val="nl-BE"/>
        </w:rPr>
        <w:t>Gemiddelde inzet: ......... uur per dag / per week / per keer</w:t>
      </w:r>
      <w:r w:rsidR="00B82FF4" w:rsidRPr="00917328">
        <w:rPr>
          <w:rFonts w:ascii="Helvetica" w:hAnsi="Helvetica"/>
          <w:lang w:val="nl-BE"/>
        </w:rPr>
        <w:t xml:space="preserve"> </w:t>
      </w:r>
      <w:r w:rsidR="00B82FF4" w:rsidRPr="00917328">
        <w:rPr>
          <w:rFonts w:ascii="Helvetica" w:hAnsi="Helvetica"/>
          <w:i/>
          <w:iCs/>
          <w:color w:val="EE0000"/>
          <w:lang w:val="nl-BE"/>
        </w:rPr>
        <w:t>(schrappen wat niet past)</w:t>
      </w:r>
    </w:p>
    <w:p w14:paraId="6E77ACC0" w14:textId="77777777" w:rsidR="008745C8" w:rsidRPr="00917328" w:rsidRDefault="008745C8" w:rsidP="008745C8">
      <w:pPr>
        <w:keepNext/>
        <w:spacing w:before="240" w:after="80"/>
        <w:rPr>
          <w:rFonts w:ascii="Helvetica" w:hAnsi="Helvetica"/>
          <w:b/>
          <w:color w:val="1F4E79"/>
          <w:sz w:val="30"/>
          <w:lang w:val="nl-BE"/>
        </w:rPr>
      </w:pPr>
    </w:p>
    <w:p w14:paraId="7311C9C6" w14:textId="0FB8022A" w:rsidR="00150EB0" w:rsidRPr="008745C8" w:rsidRDefault="00B82FF4" w:rsidP="008745C8">
      <w:pPr>
        <w:pStyle w:val="Lijstalinea"/>
        <w:keepNext/>
        <w:numPr>
          <w:ilvl w:val="0"/>
          <w:numId w:val="10"/>
        </w:numPr>
        <w:spacing w:before="240" w:after="80"/>
        <w:rPr>
          <w:rFonts w:ascii="Helvetica" w:hAnsi="Helvetica"/>
          <w:b/>
          <w:color w:val="1F4E79"/>
          <w:sz w:val="30"/>
        </w:rPr>
      </w:pPr>
      <w:proofErr w:type="spellStart"/>
      <w:r>
        <w:rPr>
          <w:rFonts w:ascii="Helvetica" w:hAnsi="Helvetica"/>
          <w:b/>
          <w:color w:val="1F4E79"/>
          <w:sz w:val="30"/>
        </w:rPr>
        <w:t>Wederzijdse</w:t>
      </w:r>
      <w:proofErr w:type="spellEnd"/>
      <w:r>
        <w:rPr>
          <w:rFonts w:ascii="Helvetica" w:hAnsi="Helvetica"/>
          <w:b/>
          <w:color w:val="1F4E79"/>
          <w:sz w:val="30"/>
        </w:rPr>
        <w:t xml:space="preserve"> </w:t>
      </w:r>
      <w:proofErr w:type="spellStart"/>
      <w:r>
        <w:rPr>
          <w:rFonts w:ascii="Helvetica" w:hAnsi="Helvetica"/>
          <w:b/>
          <w:color w:val="1F4E79"/>
          <w:sz w:val="30"/>
        </w:rPr>
        <w:t>r</w:t>
      </w:r>
      <w:r w:rsidRPr="008745C8">
        <w:rPr>
          <w:rFonts w:ascii="Helvetica" w:hAnsi="Helvetica"/>
          <w:b/>
          <w:color w:val="1F4E79"/>
          <w:sz w:val="30"/>
        </w:rPr>
        <w:t>echten</w:t>
      </w:r>
      <w:proofErr w:type="spellEnd"/>
      <w:r w:rsidR="00B148F3" w:rsidRPr="008745C8">
        <w:rPr>
          <w:rFonts w:ascii="Helvetica" w:hAnsi="Helvetica"/>
          <w:b/>
          <w:color w:val="1F4E79"/>
          <w:sz w:val="30"/>
        </w:rPr>
        <w:t xml:space="preserve"> </w:t>
      </w:r>
      <w:proofErr w:type="spellStart"/>
      <w:r w:rsidR="00B148F3" w:rsidRPr="008745C8">
        <w:rPr>
          <w:rFonts w:ascii="Helvetica" w:hAnsi="Helvetica"/>
          <w:b/>
          <w:color w:val="1F4E79"/>
          <w:sz w:val="30"/>
        </w:rPr>
        <w:t>en</w:t>
      </w:r>
      <w:proofErr w:type="spellEnd"/>
      <w:r w:rsidR="00B148F3" w:rsidRPr="008745C8">
        <w:rPr>
          <w:rFonts w:ascii="Helvetica" w:hAnsi="Helvetica"/>
          <w:b/>
          <w:color w:val="1F4E79"/>
          <w:sz w:val="30"/>
        </w:rPr>
        <w:t xml:space="preserve"> </w:t>
      </w:r>
      <w:proofErr w:type="spellStart"/>
      <w:r w:rsidR="00B148F3" w:rsidRPr="008745C8">
        <w:rPr>
          <w:rFonts w:ascii="Helvetica" w:hAnsi="Helvetica"/>
          <w:b/>
          <w:color w:val="1F4E79"/>
          <w:sz w:val="30"/>
        </w:rPr>
        <w:t>plichten</w:t>
      </w:r>
      <w:proofErr w:type="spellEnd"/>
    </w:p>
    <w:p w14:paraId="36C13C12" w14:textId="77777777" w:rsidR="00824459" w:rsidRPr="00824459" w:rsidRDefault="00824459" w:rsidP="00824459">
      <w:pPr>
        <w:pStyle w:val="Lijstalinea"/>
        <w:keepNext/>
        <w:spacing w:before="240" w:after="80"/>
        <w:rPr>
          <w:rFonts w:ascii="Helvetica" w:hAnsi="Helvetica"/>
        </w:rPr>
      </w:pPr>
    </w:p>
    <w:p w14:paraId="1BB394AA" w14:textId="77777777" w:rsidR="00B82FF4" w:rsidRPr="00917328" w:rsidRDefault="00B82FF4" w:rsidP="00B82FF4">
      <w:pPr>
        <w:spacing w:after="80"/>
        <w:rPr>
          <w:rFonts w:ascii="Helvetica" w:hAnsi="Helvetica"/>
          <w:lang w:val="nl-BE"/>
        </w:rPr>
      </w:pPr>
      <w:r w:rsidRPr="00917328">
        <w:rPr>
          <w:rFonts w:ascii="Helvetica" w:hAnsi="Helvetica"/>
          <w:b/>
          <w:lang w:val="nl-BE"/>
        </w:rPr>
        <w:t>De vrijwilliger heeft recht op:</w:t>
      </w:r>
    </w:p>
    <w:p w14:paraId="535AF7AD" w14:textId="79559742" w:rsidR="00B82FF4" w:rsidRPr="00917328" w:rsidRDefault="00B82FF4" w:rsidP="00B82FF4">
      <w:pPr>
        <w:pStyle w:val="Lijstopsomteken"/>
        <w:spacing w:after="60"/>
        <w:rPr>
          <w:rFonts w:ascii="Helvetica" w:hAnsi="Helvetica"/>
          <w:lang w:val="nl-BE"/>
        </w:rPr>
      </w:pPr>
      <w:r w:rsidRPr="00917328">
        <w:rPr>
          <w:rFonts w:ascii="Helvetica" w:hAnsi="Helvetica"/>
          <w:sz w:val="20"/>
          <w:lang w:val="nl-BE"/>
        </w:rPr>
        <w:t>Informatie over zijn/haar activiteiten, de afbakening van het werk en de verwachte werktijden.</w:t>
      </w:r>
    </w:p>
    <w:p w14:paraId="63DC9158" w14:textId="77777777" w:rsidR="00B82FF4" w:rsidRPr="00917328" w:rsidRDefault="00B82FF4" w:rsidP="00B82FF4">
      <w:pPr>
        <w:pStyle w:val="Lijstopsomteken"/>
        <w:spacing w:after="60"/>
        <w:rPr>
          <w:rFonts w:ascii="Helvetica" w:hAnsi="Helvetica"/>
          <w:lang w:val="nl-BE"/>
        </w:rPr>
      </w:pPr>
      <w:r w:rsidRPr="00917328">
        <w:rPr>
          <w:rFonts w:ascii="Helvetica" w:hAnsi="Helvetica"/>
          <w:sz w:val="20"/>
          <w:lang w:val="nl-BE"/>
        </w:rPr>
        <w:t>Een vast, vertrouwd aanspreekpunt (de vrijwilligerscoördinator) bij vragen, opmerkingen of conflictsituaties.</w:t>
      </w:r>
    </w:p>
    <w:p w14:paraId="1FC0D395" w14:textId="77777777" w:rsidR="00B82FF4" w:rsidRPr="00917328" w:rsidRDefault="00B82FF4" w:rsidP="00B82FF4">
      <w:pPr>
        <w:pStyle w:val="Lijstopsomteken"/>
        <w:spacing w:after="60"/>
        <w:rPr>
          <w:rFonts w:ascii="Helvetica" w:hAnsi="Helvetica"/>
          <w:lang w:val="nl-BE"/>
        </w:rPr>
      </w:pPr>
      <w:r w:rsidRPr="00917328">
        <w:rPr>
          <w:rFonts w:ascii="Helvetica" w:hAnsi="Helvetica"/>
          <w:sz w:val="20"/>
          <w:lang w:val="nl-BE"/>
        </w:rPr>
        <w:t>De nodige uitrusting, gereedschappen, persoonlijke beschermingsmiddelen en instructies om de taken veilig uit te voeren.</w:t>
      </w:r>
    </w:p>
    <w:p w14:paraId="4381C336" w14:textId="77777777" w:rsidR="00B82FF4" w:rsidRPr="00917328" w:rsidRDefault="00B82FF4" w:rsidP="00B82FF4">
      <w:pPr>
        <w:pStyle w:val="Lijstopsomteken"/>
        <w:spacing w:after="60"/>
        <w:rPr>
          <w:rFonts w:ascii="Helvetica" w:hAnsi="Helvetica"/>
          <w:lang w:val="nl-BE"/>
        </w:rPr>
      </w:pPr>
      <w:r w:rsidRPr="00917328">
        <w:rPr>
          <w:rFonts w:ascii="Helvetica" w:hAnsi="Helvetica"/>
          <w:sz w:val="20"/>
          <w:lang w:val="nl-BE"/>
        </w:rPr>
        <w:t>Toegang tot geschikte vorming of instructiemomenten georganiseerd door het lokaal bestuur.</w:t>
      </w:r>
    </w:p>
    <w:p w14:paraId="642ABE6A" w14:textId="77777777" w:rsidR="00B82FF4" w:rsidRPr="00917328" w:rsidRDefault="00B82FF4" w:rsidP="00B82FF4">
      <w:pPr>
        <w:pStyle w:val="Lijstopsomteken"/>
        <w:spacing w:after="60"/>
        <w:rPr>
          <w:rFonts w:ascii="Helvetica" w:hAnsi="Helvetica"/>
          <w:lang w:val="nl-BE"/>
        </w:rPr>
      </w:pPr>
      <w:r w:rsidRPr="00917328">
        <w:rPr>
          <w:rFonts w:ascii="Helvetica" w:hAnsi="Helvetica"/>
          <w:sz w:val="20"/>
          <w:lang w:val="nl-BE"/>
        </w:rPr>
        <w:t>Een respectvolle benadering door beroepskrachten, andere vrijwilligers en de burgers/gebruikers.</w:t>
      </w:r>
    </w:p>
    <w:p w14:paraId="56D7D381" w14:textId="77777777" w:rsidR="00B82FF4" w:rsidRPr="00917328" w:rsidRDefault="00B82FF4" w:rsidP="00B82FF4">
      <w:pPr>
        <w:pStyle w:val="Lijstopsomteken"/>
        <w:spacing w:after="60"/>
        <w:rPr>
          <w:rFonts w:ascii="Helvetica" w:hAnsi="Helvetica"/>
          <w:lang w:val="nl-BE"/>
        </w:rPr>
      </w:pPr>
      <w:r w:rsidRPr="00917328">
        <w:rPr>
          <w:rFonts w:ascii="Helvetica" w:hAnsi="Helvetica"/>
          <w:sz w:val="20"/>
          <w:lang w:val="nl-BE"/>
        </w:rPr>
        <w:t>Het strikt discreet en AVG/GDPR-conform omgaan met zijn/haar persoonlijke en administratieve gegevens.</w:t>
      </w:r>
    </w:p>
    <w:p w14:paraId="30D9E464" w14:textId="77777777" w:rsidR="00B82FF4" w:rsidRPr="00917328" w:rsidRDefault="00B82FF4" w:rsidP="00B82FF4">
      <w:pPr>
        <w:spacing w:before="160" w:after="80"/>
        <w:rPr>
          <w:rFonts w:ascii="Helvetica" w:hAnsi="Helvetica"/>
          <w:lang w:val="nl-BE"/>
        </w:rPr>
      </w:pPr>
      <w:r w:rsidRPr="00917328">
        <w:rPr>
          <w:rFonts w:ascii="Helvetica" w:hAnsi="Helvetica"/>
          <w:b/>
          <w:lang w:val="nl-BE"/>
        </w:rPr>
        <w:t>De organisatie (het lokaal bestuur) verwacht van de vrijwilliger:</w:t>
      </w:r>
    </w:p>
    <w:p w14:paraId="321B92B7" w14:textId="77777777" w:rsidR="00B82FF4" w:rsidRPr="00917328" w:rsidRDefault="00B82FF4" w:rsidP="00B82FF4">
      <w:pPr>
        <w:pStyle w:val="Lijstopsomteken"/>
        <w:spacing w:after="60"/>
        <w:rPr>
          <w:rFonts w:ascii="Helvetica" w:hAnsi="Helvetica"/>
          <w:lang w:val="nl-BE"/>
        </w:rPr>
      </w:pPr>
      <w:r w:rsidRPr="00917328">
        <w:rPr>
          <w:rFonts w:ascii="Helvetica" w:hAnsi="Helvetica"/>
          <w:sz w:val="20"/>
          <w:lang w:val="nl-BE"/>
        </w:rPr>
        <w:t>Een correcte, deontologische houding met respect voor de afspraken en de grenzen van de toegewezen taak.</w:t>
      </w:r>
    </w:p>
    <w:p w14:paraId="66D84DC5" w14:textId="77777777" w:rsidR="00B82FF4" w:rsidRPr="00917328" w:rsidRDefault="00B82FF4" w:rsidP="00B82FF4">
      <w:pPr>
        <w:pStyle w:val="Lijstopsomteken"/>
        <w:spacing w:after="60"/>
        <w:rPr>
          <w:rFonts w:ascii="Helvetica" w:hAnsi="Helvetica"/>
          <w:lang w:val="nl-BE"/>
        </w:rPr>
      </w:pPr>
      <w:r w:rsidRPr="00917328">
        <w:rPr>
          <w:rFonts w:ascii="Helvetica" w:hAnsi="Helvetica"/>
          <w:sz w:val="20"/>
          <w:lang w:val="nl-BE"/>
        </w:rPr>
        <w:t>Zorgvuldige opvolging van de verstrekte veiligheidsvoorschriften, werkinstructies en hygiënemaatregelen.</w:t>
      </w:r>
    </w:p>
    <w:p w14:paraId="132C6FDC" w14:textId="6153860A" w:rsidR="00B82FF4" w:rsidRPr="00917328" w:rsidRDefault="00B82FF4" w:rsidP="00B82FF4">
      <w:pPr>
        <w:pStyle w:val="Lijstopsomteken"/>
        <w:spacing w:after="60"/>
        <w:rPr>
          <w:rFonts w:ascii="Helvetica" w:hAnsi="Helvetica"/>
          <w:lang w:val="nl-BE"/>
        </w:rPr>
      </w:pPr>
      <w:r w:rsidRPr="00917328">
        <w:rPr>
          <w:rFonts w:ascii="Helvetica" w:hAnsi="Helvetica"/>
          <w:sz w:val="20"/>
          <w:lang w:val="nl-BE"/>
        </w:rPr>
        <w:t>Verantwoordelijk en zorgvuldig omgaan met de ter beschikking gestelde materialen en gereedschappen.</w:t>
      </w:r>
    </w:p>
    <w:p w14:paraId="2ACC16FA" w14:textId="77777777" w:rsidR="00B82FF4" w:rsidRPr="00917328" w:rsidRDefault="00B82FF4" w:rsidP="00B82FF4">
      <w:pPr>
        <w:pStyle w:val="Lijstopsomteken"/>
        <w:spacing w:after="60"/>
        <w:rPr>
          <w:rFonts w:ascii="Helvetica" w:hAnsi="Helvetica"/>
          <w:lang w:val="nl-BE"/>
        </w:rPr>
      </w:pPr>
      <w:r w:rsidRPr="00917328">
        <w:rPr>
          <w:rFonts w:ascii="Helvetica" w:hAnsi="Helvetica"/>
          <w:sz w:val="20"/>
          <w:lang w:val="nl-BE"/>
        </w:rPr>
        <w:t>Een respectvolle benadering van burgers, ongeacht hun religieuze, politieke, filosofische of culturele overtuigingen.</w:t>
      </w:r>
    </w:p>
    <w:p w14:paraId="729A364E" w14:textId="77777777" w:rsidR="00B82FF4" w:rsidRPr="00917328" w:rsidRDefault="00B82FF4" w:rsidP="00B82FF4">
      <w:pPr>
        <w:pStyle w:val="Lijstopsomteken"/>
        <w:spacing w:after="60"/>
        <w:rPr>
          <w:rFonts w:ascii="Helvetica" w:hAnsi="Helvetica"/>
          <w:lang w:val="nl-BE"/>
        </w:rPr>
      </w:pPr>
      <w:r w:rsidRPr="00917328">
        <w:rPr>
          <w:rFonts w:ascii="Helvetica" w:hAnsi="Helvetica"/>
          <w:sz w:val="20"/>
          <w:lang w:val="nl-BE"/>
        </w:rPr>
        <w:t>Tijdige verwittiging van de contactpersoon in geval van afwezigheid, ziekte of verhindering (minstens vooraf indien mogelijk).</w:t>
      </w:r>
    </w:p>
    <w:p w14:paraId="09E15EAB" w14:textId="77777777" w:rsidR="00B82FF4" w:rsidRPr="00917328" w:rsidRDefault="00B82FF4">
      <w:pPr>
        <w:spacing w:after="120"/>
        <w:rPr>
          <w:rFonts w:ascii="Helvetica" w:hAnsi="Helvetica"/>
          <w:b/>
          <w:lang w:val="nl-BE"/>
        </w:rPr>
      </w:pPr>
    </w:p>
    <w:p w14:paraId="3E5EDC6A" w14:textId="1A8541AC" w:rsidR="00150EB0" w:rsidRPr="00824459" w:rsidRDefault="00000000" w:rsidP="00824459">
      <w:pPr>
        <w:pStyle w:val="Lijstalinea"/>
        <w:keepNext/>
        <w:numPr>
          <w:ilvl w:val="0"/>
          <w:numId w:val="10"/>
        </w:numPr>
        <w:spacing w:before="240" w:after="80"/>
        <w:rPr>
          <w:rFonts w:ascii="Helvetica" w:hAnsi="Helvetica"/>
          <w:b/>
          <w:color w:val="1F4E79"/>
          <w:sz w:val="30"/>
        </w:rPr>
      </w:pPr>
      <w:r w:rsidRPr="00824459">
        <w:rPr>
          <w:rFonts w:ascii="Helvetica" w:hAnsi="Helvetica"/>
          <w:b/>
          <w:color w:val="1F4E79"/>
          <w:sz w:val="30"/>
        </w:rPr>
        <w:t xml:space="preserve">Discretieplicht </w:t>
      </w:r>
      <w:proofErr w:type="spellStart"/>
      <w:r w:rsidRPr="00824459">
        <w:rPr>
          <w:rFonts w:ascii="Helvetica" w:hAnsi="Helvetica"/>
          <w:b/>
          <w:color w:val="1F4E79"/>
          <w:sz w:val="30"/>
        </w:rPr>
        <w:t>en</w:t>
      </w:r>
      <w:proofErr w:type="spellEnd"/>
      <w:r w:rsidRPr="00824459">
        <w:rPr>
          <w:rFonts w:ascii="Helvetica" w:hAnsi="Helvetica"/>
          <w:b/>
          <w:color w:val="1F4E79"/>
          <w:sz w:val="30"/>
        </w:rPr>
        <w:t xml:space="preserve"> </w:t>
      </w:r>
      <w:proofErr w:type="spellStart"/>
      <w:r w:rsidR="00B148F3" w:rsidRPr="00824459">
        <w:rPr>
          <w:rFonts w:ascii="Helvetica" w:hAnsi="Helvetica"/>
          <w:b/>
          <w:color w:val="1F4E79"/>
          <w:sz w:val="30"/>
        </w:rPr>
        <w:t>b</w:t>
      </w:r>
      <w:r w:rsidRPr="00824459">
        <w:rPr>
          <w:rFonts w:ascii="Helvetica" w:hAnsi="Helvetica"/>
          <w:b/>
          <w:color w:val="1F4E79"/>
          <w:sz w:val="30"/>
        </w:rPr>
        <w:t>eroepsgeheim</w:t>
      </w:r>
      <w:proofErr w:type="spellEnd"/>
    </w:p>
    <w:p w14:paraId="4C8EBA13" w14:textId="77777777" w:rsidR="00824459" w:rsidRPr="00824459" w:rsidRDefault="00824459" w:rsidP="00824459">
      <w:pPr>
        <w:pStyle w:val="Lijstalinea"/>
        <w:keepNext/>
        <w:spacing w:before="240" w:after="80"/>
        <w:rPr>
          <w:rFonts w:ascii="Helvetica" w:hAnsi="Helvetica"/>
        </w:rPr>
      </w:pPr>
    </w:p>
    <w:p w14:paraId="583A9D2E" w14:textId="007524CC" w:rsidR="00150EB0" w:rsidRPr="00917328" w:rsidRDefault="00000000">
      <w:pPr>
        <w:spacing w:after="160"/>
        <w:rPr>
          <w:rFonts w:ascii="Helvetica" w:hAnsi="Helvetica"/>
          <w:lang w:val="nl-BE"/>
        </w:rPr>
      </w:pPr>
      <w:r w:rsidRPr="00917328">
        <w:rPr>
          <w:rFonts w:ascii="Helvetica" w:hAnsi="Helvetica"/>
          <w:lang w:val="nl-BE"/>
        </w:rPr>
        <w:t xml:space="preserve">Als vrijwilliger van het lokaal bestuur heb je een strikte </w:t>
      </w:r>
      <w:r w:rsidRPr="00917328">
        <w:rPr>
          <w:rFonts w:ascii="Helvetica" w:hAnsi="Helvetica"/>
          <w:b/>
          <w:lang w:val="nl-BE"/>
        </w:rPr>
        <w:t>discretieplicht</w:t>
      </w:r>
      <w:r w:rsidRPr="00917328">
        <w:rPr>
          <w:rFonts w:ascii="Helvetica" w:hAnsi="Helvetica"/>
          <w:lang w:val="nl-BE"/>
        </w:rPr>
        <w:t xml:space="preserve">. Dit houdt in dat je uiterst discreet omgaat met alle privacygevoelige, persoonlijke, administratieve en medische informatie </w:t>
      </w:r>
      <w:r w:rsidRPr="00917328">
        <w:rPr>
          <w:rFonts w:ascii="Helvetica" w:hAnsi="Helvetica"/>
          <w:lang w:val="nl-BE"/>
        </w:rPr>
        <w:lastRenderedPageBreak/>
        <w:t>die je door of tijdens de uitvoering van je vrijwilligerswerk te weten komt. Dit betreft gegevens over bewoners, cliënten, kinderen, ouders, alsook informatie over beroepskrachten en medevrijwilligers. Gegevens mogen enkel gedeeld worden met collega's of professionele medewerkers binnen de organisatie voor zover dit noodzakelijk is voor de hulpverlening of het goed functioneren van de dienst. Ook na het beëindigen van de vrijwilligersactiviteiten blijft deze discretie- en geheimhoudingsplicht onverminderd gelden.</w:t>
      </w:r>
    </w:p>
    <w:p w14:paraId="5BACE346" w14:textId="77777777" w:rsidR="00150EB0" w:rsidRPr="00917328" w:rsidRDefault="00000000">
      <w:pPr>
        <w:spacing w:after="160"/>
        <w:rPr>
          <w:rFonts w:ascii="Helvetica" w:hAnsi="Helvetica"/>
          <w:lang w:val="nl-BE"/>
        </w:rPr>
      </w:pPr>
      <w:r w:rsidRPr="00917328">
        <w:rPr>
          <w:rFonts w:ascii="Helvetica" w:hAnsi="Helvetica"/>
          <w:b/>
          <w:lang w:val="nl-BE"/>
        </w:rPr>
        <w:t xml:space="preserve">Beroepsgeheim (Strafwetboek Artikel 458): </w:t>
      </w:r>
      <w:r w:rsidRPr="00917328">
        <w:rPr>
          <w:rFonts w:ascii="Helvetica" w:hAnsi="Helvetica"/>
          <w:lang w:val="nl-BE"/>
        </w:rPr>
        <w:t>Voor specifieke functies binnen de welzijns- en gezondheidssector (o.a. in woonzorgcentra, kinderopvang, of bij specifieke hulpverlening) geldt wettelijk het beroepsgeheim. Schending hiervan is strafbaar conform artikel 458 van het Strafwetboek:</w:t>
      </w:r>
    </w:p>
    <w:p w14:paraId="1297CE0C" w14:textId="77777777" w:rsidR="00150EB0" w:rsidRPr="00917328" w:rsidRDefault="00000000">
      <w:pPr>
        <w:spacing w:after="160"/>
        <w:ind w:left="576"/>
        <w:rPr>
          <w:rFonts w:ascii="Helvetica" w:hAnsi="Helvetica"/>
          <w:lang w:val="nl-BE"/>
        </w:rPr>
      </w:pPr>
      <w:r w:rsidRPr="00917328">
        <w:rPr>
          <w:rFonts w:ascii="Helvetica" w:hAnsi="Helvetica"/>
          <w:i/>
          <w:lang w:val="nl-BE"/>
        </w:rPr>
        <w:t>“Geneesheren, heelkundigen, officieren van gezondheid, apothekers, vroedvrouwen en alle andere personen die uit hoofde van hun staat of beroep kennis dragen van geheimen die hun zijn toevertrouwd, en deze bekendmaken buiten het geval dat zij geroepen worden om in rechte (of voor een parlementaire onderzoekscommissie) getuigenis af te leggen en buiten het geval dat de wet, het decreet of de ordonnantie hen verplicht of toelaat die geheimen bekend te maken, worden gestraft met gevangenisstraf van een jaar tot drie jaar en een geldboete van honderd euro tot duizend euro of met een van die straffen alleen.”</w:t>
      </w:r>
    </w:p>
    <w:p w14:paraId="64C85F20" w14:textId="400F0C8F" w:rsidR="00150EB0" w:rsidRPr="00917328" w:rsidRDefault="00000000">
      <w:pPr>
        <w:spacing w:after="160"/>
        <w:rPr>
          <w:rFonts w:ascii="Helvetica" w:hAnsi="Helvetica"/>
          <w:lang w:val="nl-BE"/>
        </w:rPr>
      </w:pPr>
      <w:r w:rsidRPr="00917328">
        <w:rPr>
          <w:rFonts w:ascii="Helvetica" w:hAnsi="Helvetica"/>
          <w:lang w:val="nl-BE"/>
        </w:rPr>
        <w:t>De bepaling "alle andere personen" is van toepassing op vrijwilligers die actief zijn in situaties waarin een vorm van geheimhouding verplicht of inherent is aan de werking (zoals ouderenzorg, kinderopvang, of ondersteuning van kwetsbare personen).</w:t>
      </w:r>
    </w:p>
    <w:p w14:paraId="6C9692B1" w14:textId="5B2A10F6" w:rsidR="00714998" w:rsidRPr="00917328" w:rsidRDefault="00714998">
      <w:pPr>
        <w:spacing w:after="160"/>
        <w:rPr>
          <w:rFonts w:ascii="Helvetica" w:hAnsi="Helvetica"/>
          <w:lang w:val="nl-BE"/>
        </w:rPr>
      </w:pPr>
      <w:r w:rsidRPr="00917328">
        <w:rPr>
          <w:rFonts w:ascii="Helvetica" w:hAnsi="Helvetica"/>
          <w:lang w:val="nl-BE"/>
        </w:rPr>
        <w:t>Meldingsrecht/plicht (Art. 458bis Sw.): Het beroepsgeheim is niet absoluut wanneer de fysieke of mentale integriteit van een minderjarige of een kwetsbare persoon ernstig en acuut in gevaar is. In dergelijke gevallen is de vrijwilliger gerechtigd (en in sommige gevallen verplicht) dit te melden aan de Procureur des Konings.</w:t>
      </w:r>
    </w:p>
    <w:p w14:paraId="75F63460" w14:textId="495F2825" w:rsidR="00150EB0" w:rsidRPr="00917328" w:rsidRDefault="00000000">
      <w:pPr>
        <w:spacing w:after="160"/>
        <w:rPr>
          <w:rFonts w:ascii="Helvetica" w:hAnsi="Helvetica"/>
          <w:lang w:val="nl-BE"/>
        </w:rPr>
      </w:pPr>
      <w:r w:rsidRPr="00917328">
        <w:rPr>
          <w:rFonts w:ascii="Helvetica" w:hAnsi="Helvetica"/>
          <w:b/>
          <w:lang w:val="nl-BE"/>
        </w:rPr>
        <w:t xml:space="preserve">Sociale media en externe communicatie: </w:t>
      </w:r>
      <w:r w:rsidRPr="00917328">
        <w:rPr>
          <w:rFonts w:ascii="Helvetica" w:hAnsi="Helvetica"/>
          <w:lang w:val="nl-BE"/>
        </w:rPr>
        <w:t>Het is ten strengste verboden om privacygevoelige informatie, foto's of anekdotes over je vrijwilligerswerk of over de cliënten/collega's op sociale media te plaatsen. Tevens treedt de vrijwilliger niet zelfstandig naar buiten (pers, interviews, sociale media) namens het lokaal bestuur of de voorziening, tenzij in uitdrukkelijk overleg en met goedkeuring van de verantwoordelijke van de organisatie.</w:t>
      </w:r>
    </w:p>
    <w:p w14:paraId="05E5941A" w14:textId="77777777" w:rsidR="001D662F" w:rsidRPr="00824459" w:rsidRDefault="001D662F" w:rsidP="001D662F">
      <w:pPr>
        <w:pStyle w:val="Lijstalinea"/>
        <w:keepNext/>
        <w:numPr>
          <w:ilvl w:val="0"/>
          <w:numId w:val="10"/>
        </w:numPr>
        <w:spacing w:before="240" w:after="80"/>
        <w:rPr>
          <w:rFonts w:ascii="Helvetica" w:hAnsi="Helvetica"/>
          <w:b/>
          <w:color w:val="1F4E79"/>
          <w:sz w:val="30"/>
        </w:rPr>
      </w:pPr>
      <w:proofErr w:type="spellStart"/>
      <w:r>
        <w:rPr>
          <w:rFonts w:ascii="Helvetica" w:hAnsi="Helvetica"/>
          <w:b/>
          <w:color w:val="1F4E79"/>
          <w:sz w:val="30"/>
        </w:rPr>
        <w:t>Burgerlijke</w:t>
      </w:r>
      <w:proofErr w:type="spellEnd"/>
      <w:r>
        <w:rPr>
          <w:rFonts w:ascii="Helvetica" w:hAnsi="Helvetica"/>
          <w:b/>
          <w:color w:val="1F4E79"/>
          <w:sz w:val="30"/>
        </w:rPr>
        <w:t xml:space="preserve"> </w:t>
      </w:r>
      <w:proofErr w:type="spellStart"/>
      <w:r>
        <w:rPr>
          <w:rFonts w:ascii="Helvetica" w:hAnsi="Helvetica"/>
          <w:b/>
          <w:color w:val="1F4E79"/>
          <w:sz w:val="30"/>
        </w:rPr>
        <w:t>aansprakelijkheid</w:t>
      </w:r>
      <w:proofErr w:type="spellEnd"/>
      <w:r>
        <w:rPr>
          <w:rFonts w:ascii="Helvetica" w:hAnsi="Helvetica"/>
          <w:b/>
          <w:color w:val="1F4E79"/>
          <w:sz w:val="30"/>
        </w:rPr>
        <w:t xml:space="preserve"> </w:t>
      </w:r>
      <w:proofErr w:type="spellStart"/>
      <w:r>
        <w:rPr>
          <w:rFonts w:ascii="Helvetica" w:hAnsi="Helvetica"/>
          <w:b/>
          <w:color w:val="1F4E79"/>
          <w:sz w:val="30"/>
        </w:rPr>
        <w:t>en</w:t>
      </w:r>
      <w:proofErr w:type="spellEnd"/>
      <w:r>
        <w:rPr>
          <w:rFonts w:ascii="Helvetica" w:hAnsi="Helvetica"/>
          <w:b/>
          <w:color w:val="1F4E79"/>
          <w:sz w:val="30"/>
        </w:rPr>
        <w:t xml:space="preserve"> </w:t>
      </w:r>
      <w:proofErr w:type="spellStart"/>
      <w:r>
        <w:rPr>
          <w:rFonts w:ascii="Helvetica" w:hAnsi="Helvetica"/>
          <w:b/>
          <w:color w:val="1F4E79"/>
          <w:sz w:val="30"/>
        </w:rPr>
        <w:t>immuniteit</w:t>
      </w:r>
      <w:proofErr w:type="spellEnd"/>
    </w:p>
    <w:p w14:paraId="536F562D" w14:textId="77777777" w:rsidR="001D662F" w:rsidRPr="00824459" w:rsidRDefault="001D662F" w:rsidP="001D662F">
      <w:pPr>
        <w:pStyle w:val="Lijstalinea"/>
        <w:keepNext/>
        <w:spacing w:before="240" w:after="80"/>
        <w:rPr>
          <w:rFonts w:ascii="Helvetica" w:hAnsi="Helvetica"/>
        </w:rPr>
      </w:pPr>
    </w:p>
    <w:p w14:paraId="7149E70B" w14:textId="77777777" w:rsidR="001D662F" w:rsidRPr="00917328" w:rsidRDefault="001D662F" w:rsidP="001D662F">
      <w:pPr>
        <w:spacing w:after="160"/>
        <w:rPr>
          <w:rFonts w:ascii="Helvetica" w:hAnsi="Helvetica"/>
          <w:lang w:val="nl-BE"/>
        </w:rPr>
      </w:pPr>
      <w:r w:rsidRPr="00917328">
        <w:rPr>
          <w:rFonts w:ascii="Helvetica" w:hAnsi="Helvetica"/>
          <w:lang w:val="nl-BE"/>
        </w:rPr>
        <w:t>Het lokaal bestuur is burgerrechtelijk aansprakelijk voor de schade die de vrijwilliger door de eigen fout aan derden veroorzaakt bij het verrichten van het vrijwilligerswerk.</w:t>
      </w:r>
    </w:p>
    <w:p w14:paraId="3B318403" w14:textId="77777777" w:rsidR="001D662F" w:rsidRPr="00917328" w:rsidRDefault="001D662F" w:rsidP="001D662F">
      <w:pPr>
        <w:spacing w:after="160"/>
        <w:rPr>
          <w:rFonts w:ascii="Helvetica" w:hAnsi="Helvetica"/>
          <w:lang w:val="nl-BE"/>
        </w:rPr>
      </w:pPr>
      <w:r w:rsidRPr="00917328">
        <w:rPr>
          <w:rFonts w:ascii="Helvetica" w:hAnsi="Helvetica"/>
          <w:lang w:val="nl-BE"/>
        </w:rPr>
        <w:t>De vrijwilliger geniet een wettelijke immuniteit. Indien de vrijwilliger bij het verrichten van het vrijwilligerswerk schade berokkent aan de organisatie of aan derden, is hij/zij enkel persoonlijk aansprakelijk in de volgende, wettelijk beperkte gevallen:</w:t>
      </w:r>
    </w:p>
    <w:p w14:paraId="75A23A08" w14:textId="77777777" w:rsidR="001D662F" w:rsidRPr="00917328" w:rsidRDefault="001D662F" w:rsidP="001D662F">
      <w:pPr>
        <w:pStyle w:val="Lijstopsomteken"/>
        <w:spacing w:after="60"/>
        <w:rPr>
          <w:rFonts w:ascii="Helvetica" w:hAnsi="Helvetica"/>
          <w:lang w:val="nl-BE"/>
        </w:rPr>
      </w:pPr>
      <w:r w:rsidRPr="00917328">
        <w:rPr>
          <w:rFonts w:ascii="Helvetica" w:hAnsi="Helvetica"/>
          <w:sz w:val="20"/>
          <w:lang w:val="nl-BE"/>
        </w:rPr>
        <w:lastRenderedPageBreak/>
        <w:t>In geval van bedrog of opzettelijke fout (bv. diefstal, opzettelijke vernieling).</w:t>
      </w:r>
    </w:p>
    <w:p w14:paraId="6B994807" w14:textId="77777777" w:rsidR="001D662F" w:rsidRPr="00917328" w:rsidRDefault="001D662F" w:rsidP="001D662F">
      <w:pPr>
        <w:pStyle w:val="Lijstopsomteken"/>
        <w:spacing w:after="60"/>
        <w:rPr>
          <w:rFonts w:ascii="Helvetica" w:hAnsi="Helvetica"/>
          <w:lang w:val="nl-BE"/>
        </w:rPr>
      </w:pPr>
      <w:r w:rsidRPr="00917328">
        <w:rPr>
          <w:rFonts w:ascii="Helvetica" w:hAnsi="Helvetica"/>
          <w:sz w:val="20"/>
          <w:lang w:val="nl-BE"/>
        </w:rPr>
        <w:t>In geval van zware schuld of grove fout (bv. grove nalatigheid, negeren van vitale veiligheidsinstructies).</w:t>
      </w:r>
    </w:p>
    <w:p w14:paraId="726D2FCC" w14:textId="77777777" w:rsidR="001D662F" w:rsidRPr="00917328" w:rsidRDefault="001D662F" w:rsidP="001D662F">
      <w:pPr>
        <w:pStyle w:val="Lijstopsomteken"/>
        <w:spacing w:after="60"/>
        <w:rPr>
          <w:rFonts w:ascii="Helvetica" w:hAnsi="Helvetica"/>
          <w:lang w:val="nl-BE"/>
        </w:rPr>
      </w:pPr>
      <w:r w:rsidRPr="00917328">
        <w:rPr>
          <w:rFonts w:ascii="Helvetica" w:hAnsi="Helvetica"/>
          <w:sz w:val="20"/>
          <w:lang w:val="nl-BE"/>
        </w:rPr>
        <w:t>In geval van lichte schuld die bij de vrijwilliger eerder gewoonlijk dan toevallig voorkomt (herhaalde lichte fouten).</w:t>
      </w:r>
    </w:p>
    <w:p w14:paraId="6D2A2BF7" w14:textId="48D15FF0" w:rsidR="001D662F" w:rsidRPr="00917328" w:rsidRDefault="001D662F" w:rsidP="00752D84">
      <w:pPr>
        <w:spacing w:before="120" w:after="240"/>
        <w:rPr>
          <w:rFonts w:ascii="Helvetica" w:hAnsi="Helvetica"/>
          <w:lang w:val="nl-BE"/>
        </w:rPr>
      </w:pPr>
      <w:r w:rsidRPr="00917328">
        <w:rPr>
          <w:rFonts w:ascii="Helvetica" w:hAnsi="Helvetica"/>
          <w:i/>
          <w:lang w:val="nl-BE"/>
        </w:rPr>
        <w:t>Opgelet: Voor materiaal dat de vrijwilliger op eigen initiatief meebrengt (bv. smartphone, eigen gereedschap, persoonlijke tas), is de vrijwilliger zelf verantwoordelijk. Het lokaal bestuur is niet aansprakelijk voor verlies, diefstal of beschadiging van deze privé-eigendommen.</w:t>
      </w:r>
    </w:p>
    <w:p w14:paraId="01443A58" w14:textId="2C5029C2" w:rsidR="00150EB0" w:rsidRPr="00824459" w:rsidRDefault="00000000" w:rsidP="00824459">
      <w:pPr>
        <w:pStyle w:val="Lijstalinea"/>
        <w:keepNext/>
        <w:numPr>
          <w:ilvl w:val="0"/>
          <w:numId w:val="10"/>
        </w:numPr>
        <w:spacing w:before="240" w:after="80"/>
        <w:rPr>
          <w:rFonts w:ascii="Helvetica" w:hAnsi="Helvetica"/>
          <w:b/>
          <w:color w:val="1F4E79"/>
          <w:sz w:val="30"/>
        </w:rPr>
      </w:pPr>
      <w:proofErr w:type="spellStart"/>
      <w:r w:rsidRPr="00824459">
        <w:rPr>
          <w:rFonts w:ascii="Helvetica" w:hAnsi="Helvetica"/>
          <w:b/>
          <w:color w:val="1F4E79"/>
          <w:sz w:val="30"/>
        </w:rPr>
        <w:t>Verzekeringen</w:t>
      </w:r>
      <w:proofErr w:type="spellEnd"/>
      <w:r w:rsidRPr="00824459">
        <w:rPr>
          <w:rFonts w:ascii="Helvetica" w:hAnsi="Helvetica"/>
          <w:b/>
          <w:color w:val="1F4E79"/>
          <w:sz w:val="30"/>
        </w:rPr>
        <w:t xml:space="preserve"> </w:t>
      </w:r>
    </w:p>
    <w:p w14:paraId="317EF200" w14:textId="77777777" w:rsidR="00150EB0" w:rsidRDefault="00000000">
      <w:pPr>
        <w:spacing w:after="160"/>
        <w:rPr>
          <w:rFonts w:ascii="Helvetica" w:hAnsi="Helvetica"/>
        </w:rPr>
      </w:pPr>
      <w:r w:rsidRPr="00917328">
        <w:rPr>
          <w:rFonts w:ascii="Helvetica" w:hAnsi="Helvetica"/>
          <w:lang w:val="nl-BE"/>
        </w:rPr>
        <w:t xml:space="preserve">Het lokaal bestuur heeft de nodige verzekeringen afgesloten ter bescherming van haar vrijwilligers tijdens het uitvoeren van de opgedragen activiteiten en op de weg van en naar deze activiteiten. </w:t>
      </w:r>
      <w:proofErr w:type="spellStart"/>
      <w:r w:rsidRPr="00735073">
        <w:rPr>
          <w:rFonts w:ascii="Helvetica" w:hAnsi="Helvetica"/>
        </w:rPr>
        <w:t>Onderstaande</w:t>
      </w:r>
      <w:proofErr w:type="spellEnd"/>
      <w:r w:rsidRPr="00735073">
        <w:rPr>
          <w:rFonts w:ascii="Helvetica" w:hAnsi="Helvetica"/>
        </w:rPr>
        <w:t xml:space="preserve"> </w:t>
      </w:r>
      <w:proofErr w:type="spellStart"/>
      <w:r w:rsidRPr="00735073">
        <w:rPr>
          <w:rFonts w:ascii="Helvetica" w:hAnsi="Helvetica"/>
        </w:rPr>
        <w:t>tabel</w:t>
      </w:r>
      <w:proofErr w:type="spellEnd"/>
      <w:r w:rsidRPr="00735073">
        <w:rPr>
          <w:rFonts w:ascii="Helvetica" w:hAnsi="Helvetica"/>
        </w:rPr>
        <w:t xml:space="preserve"> </w:t>
      </w:r>
      <w:proofErr w:type="spellStart"/>
      <w:r w:rsidRPr="00735073">
        <w:rPr>
          <w:rFonts w:ascii="Helvetica" w:hAnsi="Helvetica"/>
        </w:rPr>
        <w:t>geeft</w:t>
      </w:r>
      <w:proofErr w:type="spellEnd"/>
      <w:r w:rsidRPr="00735073">
        <w:rPr>
          <w:rFonts w:ascii="Helvetica" w:hAnsi="Helvetica"/>
        </w:rPr>
        <w:t xml:space="preserve"> de </w:t>
      </w:r>
      <w:proofErr w:type="spellStart"/>
      <w:r w:rsidRPr="00735073">
        <w:rPr>
          <w:rFonts w:ascii="Helvetica" w:hAnsi="Helvetica"/>
        </w:rPr>
        <w:t>polisgegevens</w:t>
      </w:r>
      <w:proofErr w:type="spellEnd"/>
      <w:r w:rsidRPr="00735073">
        <w:rPr>
          <w:rFonts w:ascii="Helvetica" w:hAnsi="Helvetica"/>
        </w:rPr>
        <w:t xml:space="preserve"> </w:t>
      </w:r>
      <w:proofErr w:type="spellStart"/>
      <w:r w:rsidRPr="00735073">
        <w:rPr>
          <w:rFonts w:ascii="Helvetica" w:hAnsi="Helvetica"/>
        </w:rPr>
        <w:t>weer</w:t>
      </w:r>
      <w:proofErr w:type="spellEnd"/>
      <w:r w:rsidRPr="00735073">
        <w:rPr>
          <w:rFonts w:ascii="Helvetica" w:hAnsi="Helvetica"/>
        </w:rPr>
        <w:t>:</w:t>
      </w:r>
    </w:p>
    <w:p w14:paraId="3B63D390" w14:textId="77777777" w:rsidR="00824459" w:rsidRPr="00735073" w:rsidRDefault="00824459">
      <w:pPr>
        <w:spacing w:after="160"/>
        <w:rPr>
          <w:rFonts w:ascii="Helvetica" w:hAnsi="Helvetica"/>
        </w:rPr>
      </w:pPr>
    </w:p>
    <w:tbl>
      <w:tblPr>
        <w:tblStyle w:val="Tabelraster"/>
        <w:tblW w:w="0" w:type="auto"/>
        <w:jc w:val="center"/>
        <w:tblLayout w:type="fixed"/>
        <w:tblLook w:val="04A0" w:firstRow="1" w:lastRow="0" w:firstColumn="1" w:lastColumn="0" w:noHBand="0" w:noVBand="1"/>
      </w:tblPr>
      <w:tblGrid>
        <w:gridCol w:w="4608"/>
        <w:gridCol w:w="2592"/>
        <w:gridCol w:w="2160"/>
      </w:tblGrid>
      <w:tr w:rsidR="00150EB0" w:rsidRPr="00735073" w14:paraId="234BEA27" w14:textId="77777777">
        <w:trPr>
          <w:jc w:val="center"/>
        </w:trPr>
        <w:tc>
          <w:tcPr>
            <w:tcW w:w="4608" w:type="dxa"/>
            <w:shd w:val="clear" w:color="auto" w:fill="1F4E79"/>
          </w:tcPr>
          <w:p w14:paraId="6E16AE09" w14:textId="77777777" w:rsidR="00150EB0" w:rsidRPr="00735073" w:rsidRDefault="00000000">
            <w:pPr>
              <w:rPr>
                <w:rFonts w:ascii="Helvetica" w:hAnsi="Helvetica"/>
              </w:rPr>
            </w:pPr>
            <w:proofErr w:type="spellStart"/>
            <w:r w:rsidRPr="00735073">
              <w:rPr>
                <w:rFonts w:ascii="Helvetica" w:hAnsi="Helvetica"/>
                <w:b/>
                <w:color w:val="FFFFFF"/>
              </w:rPr>
              <w:t>Verzekerde</w:t>
            </w:r>
            <w:proofErr w:type="spellEnd"/>
            <w:r w:rsidRPr="00735073">
              <w:rPr>
                <w:rFonts w:ascii="Helvetica" w:hAnsi="Helvetica"/>
                <w:b/>
                <w:color w:val="FFFFFF"/>
              </w:rPr>
              <w:t xml:space="preserve"> </w:t>
            </w:r>
            <w:proofErr w:type="spellStart"/>
            <w:r w:rsidRPr="00735073">
              <w:rPr>
                <w:rFonts w:ascii="Helvetica" w:hAnsi="Helvetica"/>
                <w:b/>
                <w:color w:val="FFFFFF"/>
              </w:rPr>
              <w:t>Waarborg</w:t>
            </w:r>
            <w:proofErr w:type="spellEnd"/>
          </w:p>
        </w:tc>
        <w:tc>
          <w:tcPr>
            <w:tcW w:w="2592" w:type="dxa"/>
            <w:shd w:val="clear" w:color="auto" w:fill="1F4E79"/>
          </w:tcPr>
          <w:p w14:paraId="771F71E9" w14:textId="77777777" w:rsidR="00150EB0" w:rsidRPr="00735073" w:rsidRDefault="00000000">
            <w:pPr>
              <w:rPr>
                <w:rFonts w:ascii="Helvetica" w:hAnsi="Helvetica"/>
              </w:rPr>
            </w:pPr>
            <w:r w:rsidRPr="00735073">
              <w:rPr>
                <w:rFonts w:ascii="Helvetica" w:hAnsi="Helvetica"/>
                <w:b/>
                <w:color w:val="FFFFFF"/>
              </w:rPr>
              <w:t>Maatschappij</w:t>
            </w:r>
          </w:p>
        </w:tc>
        <w:tc>
          <w:tcPr>
            <w:tcW w:w="2160" w:type="dxa"/>
            <w:shd w:val="clear" w:color="auto" w:fill="1F4E79"/>
          </w:tcPr>
          <w:p w14:paraId="0C61E99D" w14:textId="77777777" w:rsidR="00150EB0" w:rsidRPr="00735073" w:rsidRDefault="00000000">
            <w:pPr>
              <w:rPr>
                <w:rFonts w:ascii="Helvetica" w:hAnsi="Helvetica"/>
              </w:rPr>
            </w:pPr>
            <w:proofErr w:type="spellStart"/>
            <w:r w:rsidRPr="00735073">
              <w:rPr>
                <w:rFonts w:ascii="Helvetica" w:hAnsi="Helvetica"/>
                <w:b/>
                <w:color w:val="FFFFFF"/>
              </w:rPr>
              <w:t>Polisnummer</w:t>
            </w:r>
            <w:proofErr w:type="spellEnd"/>
          </w:p>
        </w:tc>
      </w:tr>
      <w:tr w:rsidR="00150EB0" w:rsidRPr="00735073" w14:paraId="1F4AF40C" w14:textId="77777777">
        <w:trPr>
          <w:jc w:val="center"/>
        </w:trPr>
        <w:tc>
          <w:tcPr>
            <w:tcW w:w="4608" w:type="dxa"/>
            <w:tcMar>
              <w:top w:w="80" w:type="dxa"/>
              <w:left w:w="100" w:type="dxa"/>
              <w:bottom w:w="80" w:type="dxa"/>
              <w:right w:w="100" w:type="dxa"/>
            </w:tcMar>
          </w:tcPr>
          <w:p w14:paraId="3262A3E6" w14:textId="77777777" w:rsidR="00150EB0" w:rsidRPr="00917328" w:rsidRDefault="00000000">
            <w:pPr>
              <w:rPr>
                <w:rFonts w:ascii="Helvetica" w:hAnsi="Helvetica"/>
                <w:lang w:val="nl-BE"/>
              </w:rPr>
            </w:pPr>
            <w:r w:rsidRPr="00917328">
              <w:rPr>
                <w:rFonts w:ascii="Helvetica" w:hAnsi="Helvetica"/>
                <w:lang w:val="nl-BE"/>
              </w:rPr>
              <w:t>Burgerlijke aansprakelijkheid (BA) van de organisatie en de risico's m.b.t. het vrijwilligerswerk (Verplicht conform Decreet WVG)</w:t>
            </w:r>
          </w:p>
        </w:tc>
        <w:tc>
          <w:tcPr>
            <w:tcW w:w="2592" w:type="dxa"/>
            <w:tcMar>
              <w:top w:w="80" w:type="dxa"/>
              <w:left w:w="100" w:type="dxa"/>
              <w:bottom w:w="80" w:type="dxa"/>
              <w:right w:w="100" w:type="dxa"/>
            </w:tcMar>
          </w:tcPr>
          <w:p w14:paraId="0D367E35" w14:textId="77777777" w:rsidR="00150EB0" w:rsidRPr="00735073" w:rsidRDefault="00000000">
            <w:pPr>
              <w:rPr>
                <w:rFonts w:ascii="Helvetica" w:hAnsi="Helvetica"/>
              </w:rPr>
            </w:pPr>
            <w:r w:rsidRPr="00735073">
              <w:rPr>
                <w:rFonts w:ascii="Helvetica" w:hAnsi="Helvetica"/>
              </w:rPr>
              <w:t>....................................................</w:t>
            </w:r>
          </w:p>
        </w:tc>
        <w:tc>
          <w:tcPr>
            <w:tcW w:w="2160" w:type="dxa"/>
            <w:tcMar>
              <w:top w:w="80" w:type="dxa"/>
              <w:left w:w="100" w:type="dxa"/>
              <w:bottom w:w="80" w:type="dxa"/>
              <w:right w:w="100" w:type="dxa"/>
            </w:tcMar>
          </w:tcPr>
          <w:p w14:paraId="7E946DF3" w14:textId="77777777" w:rsidR="00150EB0" w:rsidRPr="00735073" w:rsidRDefault="00000000">
            <w:pPr>
              <w:rPr>
                <w:rFonts w:ascii="Helvetica" w:hAnsi="Helvetica"/>
              </w:rPr>
            </w:pPr>
            <w:r w:rsidRPr="00735073">
              <w:rPr>
                <w:rFonts w:ascii="Helvetica" w:hAnsi="Helvetica"/>
              </w:rPr>
              <w:t>....................................................</w:t>
            </w:r>
          </w:p>
        </w:tc>
      </w:tr>
      <w:tr w:rsidR="00150EB0" w:rsidRPr="00735073" w14:paraId="3DB7A54E" w14:textId="77777777">
        <w:trPr>
          <w:jc w:val="center"/>
        </w:trPr>
        <w:tc>
          <w:tcPr>
            <w:tcW w:w="4608" w:type="dxa"/>
            <w:tcMar>
              <w:top w:w="80" w:type="dxa"/>
              <w:left w:w="100" w:type="dxa"/>
              <w:bottom w:w="80" w:type="dxa"/>
              <w:right w:w="100" w:type="dxa"/>
            </w:tcMar>
          </w:tcPr>
          <w:p w14:paraId="19813213" w14:textId="085D3023" w:rsidR="00150EB0" w:rsidRPr="00917328" w:rsidRDefault="00000000">
            <w:pPr>
              <w:rPr>
                <w:rFonts w:ascii="Helvetica" w:hAnsi="Helvetica"/>
                <w:lang w:val="nl-BE"/>
              </w:rPr>
            </w:pPr>
            <w:r w:rsidRPr="00917328">
              <w:rPr>
                <w:rFonts w:ascii="Helvetica" w:hAnsi="Helvetica"/>
                <w:lang w:val="nl-BE"/>
              </w:rPr>
              <w:t>Lichamelijke schade geleden door vrijwilligers bij ongevallen (tijdens de activiteiten en op de weg naar/van de activiteiten) (</w:t>
            </w:r>
            <w:r w:rsidR="00A9793F" w:rsidRPr="00917328">
              <w:rPr>
                <w:rFonts w:ascii="Helvetica" w:hAnsi="Helvetica"/>
                <w:lang w:val="nl-BE"/>
              </w:rPr>
              <w:t>Verplicht conform Decreet WVG)</w:t>
            </w:r>
          </w:p>
        </w:tc>
        <w:tc>
          <w:tcPr>
            <w:tcW w:w="2592" w:type="dxa"/>
            <w:tcMar>
              <w:top w:w="80" w:type="dxa"/>
              <w:left w:w="100" w:type="dxa"/>
              <w:bottom w:w="80" w:type="dxa"/>
              <w:right w:w="100" w:type="dxa"/>
            </w:tcMar>
          </w:tcPr>
          <w:p w14:paraId="0C6AC1D8" w14:textId="77777777" w:rsidR="00150EB0" w:rsidRPr="00735073" w:rsidRDefault="00000000">
            <w:pPr>
              <w:rPr>
                <w:rFonts w:ascii="Helvetica" w:hAnsi="Helvetica"/>
              </w:rPr>
            </w:pPr>
            <w:r w:rsidRPr="00735073">
              <w:rPr>
                <w:rFonts w:ascii="Helvetica" w:hAnsi="Helvetica"/>
              </w:rPr>
              <w:t>....................................................</w:t>
            </w:r>
          </w:p>
        </w:tc>
        <w:tc>
          <w:tcPr>
            <w:tcW w:w="2160" w:type="dxa"/>
            <w:tcMar>
              <w:top w:w="80" w:type="dxa"/>
              <w:left w:w="100" w:type="dxa"/>
              <w:bottom w:w="80" w:type="dxa"/>
              <w:right w:w="100" w:type="dxa"/>
            </w:tcMar>
          </w:tcPr>
          <w:p w14:paraId="769B451F" w14:textId="77777777" w:rsidR="00150EB0" w:rsidRPr="00735073" w:rsidRDefault="00000000">
            <w:pPr>
              <w:rPr>
                <w:rFonts w:ascii="Helvetica" w:hAnsi="Helvetica"/>
              </w:rPr>
            </w:pPr>
            <w:r w:rsidRPr="00735073">
              <w:rPr>
                <w:rFonts w:ascii="Helvetica" w:hAnsi="Helvetica"/>
              </w:rPr>
              <w:t>....................................................</w:t>
            </w:r>
          </w:p>
        </w:tc>
      </w:tr>
      <w:tr w:rsidR="00150EB0" w:rsidRPr="00735073" w14:paraId="32397F5A" w14:textId="77777777">
        <w:trPr>
          <w:jc w:val="center"/>
        </w:trPr>
        <w:tc>
          <w:tcPr>
            <w:tcW w:w="4608" w:type="dxa"/>
            <w:tcMar>
              <w:top w:w="80" w:type="dxa"/>
              <w:left w:w="100" w:type="dxa"/>
              <w:bottom w:w="80" w:type="dxa"/>
              <w:right w:w="100" w:type="dxa"/>
            </w:tcMar>
          </w:tcPr>
          <w:p w14:paraId="494D8285" w14:textId="77777777" w:rsidR="00150EB0" w:rsidRPr="00917328" w:rsidRDefault="00000000">
            <w:pPr>
              <w:rPr>
                <w:rFonts w:ascii="Helvetica" w:hAnsi="Helvetica"/>
                <w:lang w:val="nl-BE"/>
              </w:rPr>
            </w:pPr>
            <w:r w:rsidRPr="00917328">
              <w:rPr>
                <w:rFonts w:ascii="Helvetica" w:hAnsi="Helvetica"/>
                <w:lang w:val="nl-BE"/>
              </w:rPr>
              <w:t>Materiële schade geleden door de vrijwilliger bij een ongeval tijdens het verrichten van het vrijwilligerswerk (Verplicht conform Decreet WVG)</w:t>
            </w:r>
          </w:p>
        </w:tc>
        <w:tc>
          <w:tcPr>
            <w:tcW w:w="2592" w:type="dxa"/>
            <w:tcMar>
              <w:top w:w="80" w:type="dxa"/>
              <w:left w:w="100" w:type="dxa"/>
              <w:bottom w:w="80" w:type="dxa"/>
              <w:right w:w="100" w:type="dxa"/>
            </w:tcMar>
          </w:tcPr>
          <w:p w14:paraId="3D94F259" w14:textId="77777777" w:rsidR="00150EB0" w:rsidRPr="00735073" w:rsidRDefault="00000000">
            <w:pPr>
              <w:rPr>
                <w:rFonts w:ascii="Helvetica" w:hAnsi="Helvetica"/>
              </w:rPr>
            </w:pPr>
            <w:r w:rsidRPr="00735073">
              <w:rPr>
                <w:rFonts w:ascii="Helvetica" w:hAnsi="Helvetica"/>
              </w:rPr>
              <w:t>....................................................</w:t>
            </w:r>
          </w:p>
        </w:tc>
        <w:tc>
          <w:tcPr>
            <w:tcW w:w="2160" w:type="dxa"/>
            <w:tcMar>
              <w:top w:w="80" w:type="dxa"/>
              <w:left w:w="100" w:type="dxa"/>
              <w:bottom w:w="80" w:type="dxa"/>
              <w:right w:w="100" w:type="dxa"/>
            </w:tcMar>
          </w:tcPr>
          <w:p w14:paraId="1622057E" w14:textId="77777777" w:rsidR="00150EB0" w:rsidRPr="00735073" w:rsidRDefault="00000000">
            <w:pPr>
              <w:rPr>
                <w:rFonts w:ascii="Helvetica" w:hAnsi="Helvetica"/>
              </w:rPr>
            </w:pPr>
            <w:r w:rsidRPr="00735073">
              <w:rPr>
                <w:rFonts w:ascii="Helvetica" w:hAnsi="Helvetica"/>
              </w:rPr>
              <w:t>....................................................</w:t>
            </w:r>
          </w:p>
        </w:tc>
      </w:tr>
      <w:tr w:rsidR="00150EB0" w:rsidRPr="00735073" w14:paraId="4DCE5DA3" w14:textId="77777777">
        <w:trPr>
          <w:jc w:val="center"/>
        </w:trPr>
        <w:tc>
          <w:tcPr>
            <w:tcW w:w="4608" w:type="dxa"/>
            <w:tcMar>
              <w:top w:w="80" w:type="dxa"/>
              <w:left w:w="100" w:type="dxa"/>
              <w:bottom w:w="80" w:type="dxa"/>
              <w:right w:w="100" w:type="dxa"/>
            </w:tcMar>
          </w:tcPr>
          <w:p w14:paraId="62D76B99" w14:textId="77777777" w:rsidR="00150EB0" w:rsidRPr="00917328" w:rsidRDefault="00000000">
            <w:pPr>
              <w:rPr>
                <w:rFonts w:ascii="Helvetica" w:hAnsi="Helvetica"/>
                <w:lang w:val="nl-BE"/>
              </w:rPr>
            </w:pPr>
            <w:r w:rsidRPr="00917328">
              <w:rPr>
                <w:rFonts w:ascii="Helvetica" w:hAnsi="Helvetica"/>
                <w:lang w:val="nl-BE"/>
              </w:rPr>
              <w:t>Beroepsziekten / Verzekering voor ziektes en contaminaties opgelopen als gevolg van het vrijwilligerswerk (Verplicht conform Decreet WVG)</w:t>
            </w:r>
          </w:p>
        </w:tc>
        <w:tc>
          <w:tcPr>
            <w:tcW w:w="2592" w:type="dxa"/>
            <w:tcMar>
              <w:top w:w="80" w:type="dxa"/>
              <w:left w:w="100" w:type="dxa"/>
              <w:bottom w:w="80" w:type="dxa"/>
              <w:right w:w="100" w:type="dxa"/>
            </w:tcMar>
          </w:tcPr>
          <w:p w14:paraId="7D47A67E" w14:textId="77777777" w:rsidR="00150EB0" w:rsidRPr="00735073" w:rsidRDefault="00000000">
            <w:pPr>
              <w:rPr>
                <w:rFonts w:ascii="Helvetica" w:hAnsi="Helvetica"/>
              </w:rPr>
            </w:pPr>
            <w:r w:rsidRPr="00735073">
              <w:rPr>
                <w:rFonts w:ascii="Helvetica" w:hAnsi="Helvetica"/>
              </w:rPr>
              <w:t>....................................................</w:t>
            </w:r>
          </w:p>
        </w:tc>
        <w:tc>
          <w:tcPr>
            <w:tcW w:w="2160" w:type="dxa"/>
            <w:tcMar>
              <w:top w:w="80" w:type="dxa"/>
              <w:left w:w="100" w:type="dxa"/>
              <w:bottom w:w="80" w:type="dxa"/>
              <w:right w:w="100" w:type="dxa"/>
            </w:tcMar>
          </w:tcPr>
          <w:p w14:paraId="40CB2EC7" w14:textId="77777777" w:rsidR="00150EB0" w:rsidRPr="00735073" w:rsidRDefault="00000000">
            <w:pPr>
              <w:rPr>
                <w:rFonts w:ascii="Helvetica" w:hAnsi="Helvetica"/>
              </w:rPr>
            </w:pPr>
            <w:r w:rsidRPr="00735073">
              <w:rPr>
                <w:rFonts w:ascii="Helvetica" w:hAnsi="Helvetica"/>
              </w:rPr>
              <w:t>....................................................</w:t>
            </w:r>
          </w:p>
        </w:tc>
      </w:tr>
      <w:tr w:rsidR="00150EB0" w:rsidRPr="00735073" w14:paraId="26DBABC8" w14:textId="77777777">
        <w:trPr>
          <w:jc w:val="center"/>
        </w:trPr>
        <w:tc>
          <w:tcPr>
            <w:tcW w:w="4608" w:type="dxa"/>
            <w:tcMar>
              <w:top w:w="80" w:type="dxa"/>
              <w:left w:w="100" w:type="dxa"/>
              <w:bottom w:w="80" w:type="dxa"/>
              <w:right w:w="100" w:type="dxa"/>
            </w:tcMar>
          </w:tcPr>
          <w:p w14:paraId="00EB0BCA" w14:textId="77777777" w:rsidR="00150EB0" w:rsidRPr="00917328" w:rsidRDefault="00000000">
            <w:pPr>
              <w:rPr>
                <w:rFonts w:ascii="Helvetica" w:hAnsi="Helvetica"/>
                <w:lang w:val="nl-BE"/>
              </w:rPr>
            </w:pPr>
            <w:r w:rsidRPr="00917328">
              <w:rPr>
                <w:rFonts w:ascii="Helvetica" w:hAnsi="Helvetica"/>
                <w:lang w:val="nl-BE"/>
              </w:rPr>
              <w:t>Rechtsbijstand voor de genoemde risico's (Vrije verzekering)</w:t>
            </w:r>
          </w:p>
        </w:tc>
        <w:tc>
          <w:tcPr>
            <w:tcW w:w="2592" w:type="dxa"/>
            <w:tcMar>
              <w:top w:w="80" w:type="dxa"/>
              <w:left w:w="100" w:type="dxa"/>
              <w:bottom w:w="80" w:type="dxa"/>
              <w:right w:w="100" w:type="dxa"/>
            </w:tcMar>
          </w:tcPr>
          <w:p w14:paraId="542FE221" w14:textId="77777777" w:rsidR="00150EB0" w:rsidRPr="00735073" w:rsidRDefault="00000000">
            <w:pPr>
              <w:rPr>
                <w:rFonts w:ascii="Helvetica" w:hAnsi="Helvetica"/>
              </w:rPr>
            </w:pPr>
            <w:r w:rsidRPr="00735073">
              <w:rPr>
                <w:rFonts w:ascii="Helvetica" w:hAnsi="Helvetica"/>
              </w:rPr>
              <w:t>....................................................</w:t>
            </w:r>
          </w:p>
        </w:tc>
        <w:tc>
          <w:tcPr>
            <w:tcW w:w="2160" w:type="dxa"/>
            <w:tcMar>
              <w:top w:w="80" w:type="dxa"/>
              <w:left w:w="100" w:type="dxa"/>
              <w:bottom w:w="80" w:type="dxa"/>
              <w:right w:w="100" w:type="dxa"/>
            </w:tcMar>
          </w:tcPr>
          <w:p w14:paraId="4C02EA19" w14:textId="77777777" w:rsidR="00150EB0" w:rsidRPr="00735073" w:rsidRDefault="00000000">
            <w:pPr>
              <w:rPr>
                <w:rFonts w:ascii="Helvetica" w:hAnsi="Helvetica"/>
              </w:rPr>
            </w:pPr>
            <w:r w:rsidRPr="00735073">
              <w:rPr>
                <w:rFonts w:ascii="Helvetica" w:hAnsi="Helvetica"/>
              </w:rPr>
              <w:t>....................................................</w:t>
            </w:r>
          </w:p>
        </w:tc>
      </w:tr>
      <w:tr w:rsidR="00150EB0" w:rsidRPr="00735073" w14:paraId="7BD00764" w14:textId="77777777">
        <w:trPr>
          <w:jc w:val="center"/>
        </w:trPr>
        <w:tc>
          <w:tcPr>
            <w:tcW w:w="4608" w:type="dxa"/>
            <w:tcMar>
              <w:top w:w="80" w:type="dxa"/>
              <w:left w:w="100" w:type="dxa"/>
              <w:bottom w:w="80" w:type="dxa"/>
              <w:right w:w="100" w:type="dxa"/>
            </w:tcMar>
          </w:tcPr>
          <w:p w14:paraId="5459E44F" w14:textId="77777777" w:rsidR="00150EB0" w:rsidRPr="00917328" w:rsidRDefault="00000000">
            <w:pPr>
              <w:rPr>
                <w:rFonts w:ascii="Helvetica" w:hAnsi="Helvetica"/>
                <w:lang w:val="nl-BE"/>
              </w:rPr>
            </w:pPr>
            <w:r w:rsidRPr="00917328">
              <w:rPr>
                <w:rFonts w:ascii="Helvetica" w:hAnsi="Helvetica"/>
                <w:lang w:val="nl-BE"/>
              </w:rPr>
              <w:t>Omniumverzekering motorrijtuigen / gebruik privévervoer in opdracht (Vrije verzekering)</w:t>
            </w:r>
          </w:p>
        </w:tc>
        <w:tc>
          <w:tcPr>
            <w:tcW w:w="2592" w:type="dxa"/>
            <w:tcMar>
              <w:top w:w="80" w:type="dxa"/>
              <w:left w:w="100" w:type="dxa"/>
              <w:bottom w:w="80" w:type="dxa"/>
              <w:right w:w="100" w:type="dxa"/>
            </w:tcMar>
          </w:tcPr>
          <w:p w14:paraId="17987D93" w14:textId="77777777" w:rsidR="00150EB0" w:rsidRPr="00735073" w:rsidRDefault="00000000">
            <w:pPr>
              <w:rPr>
                <w:rFonts w:ascii="Helvetica" w:hAnsi="Helvetica"/>
              </w:rPr>
            </w:pPr>
            <w:r w:rsidRPr="00735073">
              <w:rPr>
                <w:rFonts w:ascii="Helvetica" w:hAnsi="Helvetica"/>
              </w:rPr>
              <w:t>....................................................</w:t>
            </w:r>
          </w:p>
        </w:tc>
        <w:tc>
          <w:tcPr>
            <w:tcW w:w="2160" w:type="dxa"/>
            <w:tcMar>
              <w:top w:w="80" w:type="dxa"/>
              <w:left w:w="100" w:type="dxa"/>
              <w:bottom w:w="80" w:type="dxa"/>
              <w:right w:w="100" w:type="dxa"/>
            </w:tcMar>
          </w:tcPr>
          <w:p w14:paraId="50161FD5" w14:textId="77777777" w:rsidR="00150EB0" w:rsidRPr="00735073" w:rsidRDefault="00000000">
            <w:pPr>
              <w:rPr>
                <w:rFonts w:ascii="Helvetica" w:hAnsi="Helvetica"/>
              </w:rPr>
            </w:pPr>
            <w:r w:rsidRPr="00735073">
              <w:rPr>
                <w:rFonts w:ascii="Helvetica" w:hAnsi="Helvetica"/>
              </w:rPr>
              <w:t>....................................................</w:t>
            </w:r>
          </w:p>
        </w:tc>
      </w:tr>
      <w:tr w:rsidR="00150EB0" w:rsidRPr="00735073" w14:paraId="70D9951E" w14:textId="77777777">
        <w:trPr>
          <w:jc w:val="center"/>
        </w:trPr>
        <w:tc>
          <w:tcPr>
            <w:tcW w:w="4608" w:type="dxa"/>
            <w:tcMar>
              <w:top w:w="80" w:type="dxa"/>
              <w:left w:w="100" w:type="dxa"/>
              <w:bottom w:w="80" w:type="dxa"/>
              <w:right w:w="100" w:type="dxa"/>
            </w:tcMar>
          </w:tcPr>
          <w:p w14:paraId="76B87F6F" w14:textId="77777777" w:rsidR="00150EB0" w:rsidRPr="00735073" w:rsidRDefault="00000000">
            <w:pPr>
              <w:rPr>
                <w:rFonts w:ascii="Helvetica" w:hAnsi="Helvetica"/>
              </w:rPr>
            </w:pPr>
            <w:r w:rsidRPr="00735073">
              <w:rPr>
                <w:rFonts w:ascii="Helvetica" w:hAnsi="Helvetica"/>
              </w:rPr>
              <w:t>Andere:</w:t>
            </w:r>
          </w:p>
        </w:tc>
        <w:tc>
          <w:tcPr>
            <w:tcW w:w="2592" w:type="dxa"/>
            <w:tcMar>
              <w:top w:w="80" w:type="dxa"/>
              <w:left w:w="100" w:type="dxa"/>
              <w:bottom w:w="80" w:type="dxa"/>
              <w:right w:w="100" w:type="dxa"/>
            </w:tcMar>
          </w:tcPr>
          <w:p w14:paraId="1EFDCC1F" w14:textId="77777777" w:rsidR="00150EB0" w:rsidRPr="00735073" w:rsidRDefault="00000000">
            <w:pPr>
              <w:rPr>
                <w:rFonts w:ascii="Helvetica" w:hAnsi="Helvetica"/>
              </w:rPr>
            </w:pPr>
            <w:r w:rsidRPr="00735073">
              <w:rPr>
                <w:rFonts w:ascii="Helvetica" w:hAnsi="Helvetica"/>
              </w:rPr>
              <w:t>....................................................</w:t>
            </w:r>
          </w:p>
        </w:tc>
        <w:tc>
          <w:tcPr>
            <w:tcW w:w="2160" w:type="dxa"/>
            <w:tcMar>
              <w:top w:w="80" w:type="dxa"/>
              <w:left w:w="100" w:type="dxa"/>
              <w:bottom w:w="80" w:type="dxa"/>
              <w:right w:w="100" w:type="dxa"/>
            </w:tcMar>
          </w:tcPr>
          <w:p w14:paraId="098C926A" w14:textId="77777777" w:rsidR="00150EB0" w:rsidRPr="00735073" w:rsidRDefault="00000000">
            <w:pPr>
              <w:rPr>
                <w:rFonts w:ascii="Helvetica" w:hAnsi="Helvetica"/>
              </w:rPr>
            </w:pPr>
            <w:r w:rsidRPr="00735073">
              <w:rPr>
                <w:rFonts w:ascii="Helvetica" w:hAnsi="Helvetica"/>
              </w:rPr>
              <w:t>....................................................</w:t>
            </w:r>
          </w:p>
        </w:tc>
      </w:tr>
    </w:tbl>
    <w:p w14:paraId="293F8AC1" w14:textId="77777777" w:rsidR="00A9793F" w:rsidRDefault="00A9793F">
      <w:pPr>
        <w:spacing w:after="160"/>
        <w:rPr>
          <w:rFonts w:ascii="Helvetica" w:hAnsi="Helvetica"/>
          <w:b/>
          <w:i/>
        </w:rPr>
      </w:pPr>
    </w:p>
    <w:p w14:paraId="6EF23BA9" w14:textId="3DC82BC4" w:rsidR="00150EB0" w:rsidRPr="00917328" w:rsidRDefault="00000000">
      <w:pPr>
        <w:spacing w:after="160"/>
        <w:rPr>
          <w:rFonts w:ascii="Helvetica" w:hAnsi="Helvetica"/>
          <w:lang w:val="nl-BE"/>
        </w:rPr>
      </w:pPr>
      <w:r w:rsidRPr="00917328">
        <w:rPr>
          <w:rFonts w:ascii="Helvetica" w:hAnsi="Helvetica"/>
          <w:b/>
          <w:lang w:val="nl-BE"/>
        </w:rPr>
        <w:lastRenderedPageBreak/>
        <w:t xml:space="preserve">Melding van ongeval: </w:t>
      </w:r>
      <w:r w:rsidRPr="00917328">
        <w:rPr>
          <w:rFonts w:ascii="Helvetica" w:hAnsi="Helvetica"/>
          <w:lang w:val="nl-BE"/>
        </w:rPr>
        <w:t xml:space="preserve">De vrijwilliger verbindt er zich toe elk ongeval waarbij schade ontstaat (zowel aan derden als aan de vrijwilliger zelf, zowel materieel als lichamelijk) zo snel mogelijk en uiterlijk binnen de 24 uur te melden aan de </w:t>
      </w:r>
      <w:r w:rsidR="00752D84" w:rsidRPr="00917328">
        <w:rPr>
          <w:rFonts w:ascii="Helvetica" w:hAnsi="Helvetica"/>
          <w:lang w:val="nl-BE"/>
        </w:rPr>
        <w:t>contactpersoon van het lokaal bestuur</w:t>
      </w:r>
      <w:r w:rsidRPr="00917328">
        <w:rPr>
          <w:rFonts w:ascii="Helvetica" w:hAnsi="Helvetica"/>
          <w:lang w:val="nl-BE"/>
        </w:rPr>
        <w:t>.</w:t>
      </w:r>
    </w:p>
    <w:p w14:paraId="5DE7ADFD" w14:textId="6427B5AA" w:rsidR="00150EB0" w:rsidRDefault="00000000" w:rsidP="00824459">
      <w:pPr>
        <w:pStyle w:val="Lijstalinea"/>
        <w:keepNext/>
        <w:numPr>
          <w:ilvl w:val="0"/>
          <w:numId w:val="10"/>
        </w:numPr>
        <w:spacing w:before="240" w:after="80"/>
        <w:rPr>
          <w:rFonts w:ascii="Helvetica" w:hAnsi="Helvetica"/>
          <w:b/>
          <w:color w:val="1F4E79"/>
          <w:sz w:val="30"/>
        </w:rPr>
      </w:pPr>
      <w:proofErr w:type="spellStart"/>
      <w:r w:rsidRPr="00824459">
        <w:rPr>
          <w:rFonts w:ascii="Helvetica" w:hAnsi="Helvetica"/>
          <w:b/>
          <w:color w:val="1F4E79"/>
          <w:sz w:val="30"/>
        </w:rPr>
        <w:t>Kostenvergoedingen</w:t>
      </w:r>
      <w:proofErr w:type="spellEnd"/>
    </w:p>
    <w:p w14:paraId="0A4D01F0" w14:textId="77777777" w:rsidR="001D662F" w:rsidRPr="00917328" w:rsidRDefault="001D662F" w:rsidP="001D662F">
      <w:pPr>
        <w:spacing w:after="160"/>
        <w:rPr>
          <w:rFonts w:ascii="Helvetica" w:hAnsi="Helvetica"/>
          <w:lang w:val="nl-BE"/>
        </w:rPr>
      </w:pPr>
      <w:r w:rsidRPr="00917328">
        <w:rPr>
          <w:rFonts w:ascii="Helvetica" w:hAnsi="Helvetica"/>
          <w:lang w:val="nl-BE"/>
        </w:rPr>
        <w:t xml:space="preserve">Het lokaal bestuur en de vrijwilliger komen de volgende regeling overeen m.b.t. kostenvergoedingen </w:t>
      </w:r>
      <w:r w:rsidRPr="00917328">
        <w:rPr>
          <w:rFonts w:ascii="Helvetica" w:hAnsi="Helvetica"/>
          <w:i/>
          <w:iCs/>
          <w:color w:val="C00000"/>
          <w:lang w:val="nl-BE"/>
        </w:rPr>
        <w:t>(schrap wat niet van toepassing is)</w:t>
      </w:r>
      <w:r w:rsidRPr="00917328">
        <w:rPr>
          <w:rFonts w:ascii="Helvetica" w:hAnsi="Helvetica"/>
          <w:lang w:val="nl-BE"/>
        </w:rPr>
        <w:t>:</w:t>
      </w:r>
    </w:p>
    <w:p w14:paraId="475008F0" w14:textId="77777777" w:rsidR="001D662F" w:rsidRPr="00BC0C7C" w:rsidRDefault="001D662F" w:rsidP="001D662F">
      <w:pPr>
        <w:pStyle w:val="Lijstalinea"/>
        <w:numPr>
          <w:ilvl w:val="0"/>
          <w:numId w:val="12"/>
        </w:numPr>
        <w:spacing w:after="120"/>
        <w:rPr>
          <w:rFonts w:ascii="Helvetica" w:hAnsi="Helvetica"/>
        </w:rPr>
      </w:pPr>
      <w:r w:rsidRPr="00BC0C7C">
        <w:rPr>
          <w:rFonts w:ascii="Helvetica" w:hAnsi="Helvetica"/>
          <w:sz w:val="20"/>
        </w:rPr>
        <w:t xml:space="preserve">GEEN </w:t>
      </w:r>
      <w:r>
        <w:rPr>
          <w:rFonts w:ascii="Helvetica" w:hAnsi="Helvetica"/>
          <w:sz w:val="20"/>
        </w:rPr>
        <w:t>KOSTEN</w:t>
      </w:r>
      <w:r w:rsidRPr="00BC0C7C">
        <w:rPr>
          <w:rFonts w:ascii="Helvetica" w:hAnsi="Helvetica"/>
          <w:sz w:val="20"/>
        </w:rPr>
        <w:t>VERGOEDING</w:t>
      </w:r>
      <w:r w:rsidRPr="00BC0C7C">
        <w:rPr>
          <w:rFonts w:ascii="Helvetica" w:hAnsi="Helvetica"/>
          <w:sz w:val="20"/>
        </w:rPr>
        <w:br/>
      </w:r>
    </w:p>
    <w:p w14:paraId="07A408D4" w14:textId="6D53A894" w:rsidR="001D662F" w:rsidRPr="001D662F" w:rsidRDefault="001D662F" w:rsidP="001D662F">
      <w:pPr>
        <w:pStyle w:val="Lijstalinea"/>
        <w:numPr>
          <w:ilvl w:val="0"/>
          <w:numId w:val="12"/>
        </w:numPr>
        <w:spacing w:after="120"/>
        <w:rPr>
          <w:rFonts w:ascii="Helvetica" w:hAnsi="Helvetica"/>
        </w:rPr>
      </w:pPr>
      <w:r w:rsidRPr="00917328">
        <w:rPr>
          <w:rFonts w:ascii="Helvetica" w:hAnsi="Helvetica"/>
          <w:sz w:val="20"/>
          <w:lang w:val="nl-BE"/>
        </w:rPr>
        <w:t>GEWONE FORFAITAIRE KOSTENVERGOEDING</w:t>
      </w:r>
      <w:r w:rsidRPr="00917328">
        <w:rPr>
          <w:rFonts w:ascii="Helvetica" w:hAnsi="Helvetica"/>
          <w:sz w:val="20"/>
          <w:lang w:val="nl-BE"/>
        </w:rPr>
        <w:br/>
        <w:t>Er wordt een vaste dagvergoeding voorzien, met inachtneming van de wettelijke dag- en jaarmaxima (zoals vastgelegd in de Vrijwilligerswet).</w:t>
      </w:r>
      <w:r w:rsidRPr="00917328">
        <w:rPr>
          <w:rFonts w:ascii="Helvetica" w:hAnsi="Helvetica"/>
          <w:sz w:val="20"/>
          <w:lang w:val="nl-BE"/>
        </w:rPr>
        <w:br/>
      </w:r>
      <w:proofErr w:type="spellStart"/>
      <w:r w:rsidRPr="00BC0C7C">
        <w:rPr>
          <w:rFonts w:ascii="Helvetica" w:hAnsi="Helvetica"/>
          <w:sz w:val="20"/>
        </w:rPr>
        <w:t>Bedrag</w:t>
      </w:r>
      <w:proofErr w:type="spellEnd"/>
      <w:r w:rsidRPr="00BC0C7C">
        <w:rPr>
          <w:rFonts w:ascii="Helvetica" w:hAnsi="Helvetica"/>
          <w:sz w:val="20"/>
        </w:rPr>
        <w:t xml:space="preserve">: ......... EUR per </w:t>
      </w:r>
      <w:proofErr w:type="spellStart"/>
      <w:r w:rsidRPr="00BC0C7C">
        <w:rPr>
          <w:rFonts w:ascii="Helvetica" w:hAnsi="Helvetica"/>
          <w:sz w:val="20"/>
        </w:rPr>
        <w:t>gewerkte</w:t>
      </w:r>
      <w:proofErr w:type="spellEnd"/>
      <w:r w:rsidRPr="00BC0C7C">
        <w:rPr>
          <w:rFonts w:ascii="Helvetica" w:hAnsi="Helvetica"/>
          <w:sz w:val="20"/>
        </w:rPr>
        <w:t xml:space="preserve"> </w:t>
      </w:r>
      <w:proofErr w:type="spellStart"/>
      <w:r w:rsidRPr="00BC0C7C">
        <w:rPr>
          <w:rFonts w:ascii="Helvetica" w:hAnsi="Helvetica"/>
          <w:sz w:val="20"/>
        </w:rPr>
        <w:t>dag</w:t>
      </w:r>
      <w:proofErr w:type="spellEnd"/>
      <w:r w:rsidRPr="00BC0C7C">
        <w:rPr>
          <w:rFonts w:ascii="Helvetica" w:hAnsi="Helvetica"/>
          <w:sz w:val="20"/>
        </w:rPr>
        <w:t>.</w:t>
      </w:r>
    </w:p>
    <w:p w14:paraId="67BC1468" w14:textId="77733320" w:rsidR="001D662F" w:rsidRPr="001D662F" w:rsidRDefault="001D662F" w:rsidP="001D662F">
      <w:pPr>
        <w:pStyle w:val="Lijstalinea"/>
        <w:numPr>
          <w:ilvl w:val="0"/>
          <w:numId w:val="12"/>
        </w:numPr>
        <w:spacing w:after="120"/>
        <w:rPr>
          <w:rFonts w:ascii="Helvetica" w:hAnsi="Helvetica"/>
        </w:rPr>
      </w:pPr>
      <w:r>
        <w:rPr>
          <w:rFonts w:ascii="Helvetica" w:hAnsi="Helvetica"/>
          <w:sz w:val="20"/>
        </w:rPr>
        <w:t>VERHOOGDE FORFAITAIRE KOSTENVERGOEDING</w:t>
      </w:r>
    </w:p>
    <w:p w14:paraId="48BCEE12" w14:textId="54AD6899" w:rsidR="001D662F" w:rsidRPr="001D662F" w:rsidRDefault="001D662F" w:rsidP="001D662F">
      <w:pPr>
        <w:pStyle w:val="Lijstalinea"/>
        <w:spacing w:after="120"/>
        <w:ind w:left="360"/>
        <w:rPr>
          <w:rFonts w:ascii="Helvetica" w:hAnsi="Helvetica"/>
        </w:rPr>
      </w:pPr>
      <w:r w:rsidRPr="00917328">
        <w:rPr>
          <w:rFonts w:ascii="Helvetica" w:hAnsi="Helvetica"/>
          <w:sz w:val="20"/>
          <w:lang w:val="nl-BE"/>
        </w:rPr>
        <w:t>Er wordt een vaste dagvergoeding voorzien, met inachtneming van de wettelijke dag- en jaarmaxima (zoals vastgelegd in de Vrijwilligerswet). De verhoogde kostenvergoeding wordt door de wetgever voorzien voor bepaalde activiteiten. Het jaarmaximum ligt hoger dan bij de gewone forfaitaire kostenvergoeding.</w:t>
      </w:r>
      <w:r w:rsidRPr="00917328">
        <w:rPr>
          <w:rFonts w:ascii="Helvetica" w:hAnsi="Helvetica"/>
          <w:sz w:val="20"/>
          <w:lang w:val="nl-BE"/>
        </w:rPr>
        <w:br/>
      </w:r>
      <w:proofErr w:type="spellStart"/>
      <w:r w:rsidRPr="00BC0C7C">
        <w:rPr>
          <w:rFonts w:ascii="Helvetica" w:hAnsi="Helvetica"/>
          <w:sz w:val="20"/>
        </w:rPr>
        <w:t>Bedrag</w:t>
      </w:r>
      <w:proofErr w:type="spellEnd"/>
      <w:r w:rsidRPr="00BC0C7C">
        <w:rPr>
          <w:rFonts w:ascii="Helvetica" w:hAnsi="Helvetica"/>
          <w:sz w:val="20"/>
        </w:rPr>
        <w:t xml:space="preserve">: ......... EUR per </w:t>
      </w:r>
      <w:proofErr w:type="spellStart"/>
      <w:r w:rsidRPr="00BC0C7C">
        <w:rPr>
          <w:rFonts w:ascii="Helvetica" w:hAnsi="Helvetica"/>
          <w:sz w:val="20"/>
        </w:rPr>
        <w:t>gewerkte</w:t>
      </w:r>
      <w:proofErr w:type="spellEnd"/>
      <w:r w:rsidRPr="00BC0C7C">
        <w:rPr>
          <w:rFonts w:ascii="Helvetica" w:hAnsi="Helvetica"/>
          <w:sz w:val="20"/>
        </w:rPr>
        <w:t xml:space="preserve"> </w:t>
      </w:r>
      <w:proofErr w:type="spellStart"/>
      <w:r w:rsidRPr="00BC0C7C">
        <w:rPr>
          <w:rFonts w:ascii="Helvetica" w:hAnsi="Helvetica"/>
          <w:sz w:val="20"/>
        </w:rPr>
        <w:t>dag</w:t>
      </w:r>
      <w:proofErr w:type="spellEnd"/>
      <w:r w:rsidRPr="00BC0C7C">
        <w:rPr>
          <w:rFonts w:ascii="Helvetica" w:hAnsi="Helvetica"/>
          <w:sz w:val="20"/>
        </w:rPr>
        <w:t>.</w:t>
      </w:r>
    </w:p>
    <w:p w14:paraId="5A3813D4" w14:textId="62E13101" w:rsidR="001D662F" w:rsidRPr="00917328" w:rsidRDefault="001D662F" w:rsidP="001D662F">
      <w:pPr>
        <w:pStyle w:val="Lijstalinea"/>
        <w:numPr>
          <w:ilvl w:val="0"/>
          <w:numId w:val="12"/>
        </w:numPr>
        <w:spacing w:after="120"/>
        <w:rPr>
          <w:rFonts w:ascii="Helvetica" w:hAnsi="Helvetica"/>
          <w:lang w:val="nl-BE"/>
        </w:rPr>
      </w:pPr>
      <w:r w:rsidRPr="00917328">
        <w:rPr>
          <w:rFonts w:ascii="Helvetica" w:hAnsi="Helvetica"/>
          <w:sz w:val="20"/>
          <w:lang w:val="nl-BE"/>
        </w:rPr>
        <w:t>FORFAITAIRE KOSTENVERGOEDING + VERPLAATSINGSVERGOEDING</w:t>
      </w:r>
      <w:r w:rsidRPr="00917328">
        <w:rPr>
          <w:rFonts w:ascii="Helvetica" w:hAnsi="Helvetica"/>
          <w:sz w:val="20"/>
          <w:lang w:val="nl-BE"/>
        </w:rPr>
        <w:br/>
        <w:t>De forfaitaire vergoeding wordt aangevuld met een kilometervergoeding voor bewijsbare verplaatsingen met het eigen voertuig in het kader van het vrijwilligerswerk. Dit is beperkt tot maximaal 2.000 maal de geldende kilometervergoeding per jaar.</w:t>
      </w:r>
    </w:p>
    <w:p w14:paraId="3C0F70C6" w14:textId="741DF27E" w:rsidR="001D662F" w:rsidRPr="00917328" w:rsidRDefault="001D662F" w:rsidP="001D662F">
      <w:pPr>
        <w:pStyle w:val="Lijstalinea"/>
        <w:numPr>
          <w:ilvl w:val="0"/>
          <w:numId w:val="12"/>
        </w:numPr>
        <w:spacing w:after="120"/>
        <w:rPr>
          <w:rFonts w:ascii="Helvetica" w:hAnsi="Helvetica"/>
          <w:lang w:val="nl-BE"/>
        </w:rPr>
      </w:pPr>
      <w:r w:rsidRPr="00917328">
        <w:rPr>
          <w:rFonts w:ascii="Helvetica" w:hAnsi="Helvetica"/>
          <w:sz w:val="20"/>
          <w:lang w:val="nl-BE"/>
        </w:rPr>
        <w:t>FORFAITAIRE KOSTENVERGOEDING + ONBEPERKTE KILOMETERVERGOEDING</w:t>
      </w:r>
      <w:r w:rsidRPr="00917328">
        <w:rPr>
          <w:rFonts w:ascii="Helvetica" w:hAnsi="Helvetica"/>
          <w:sz w:val="20"/>
          <w:lang w:val="nl-BE"/>
        </w:rPr>
        <w:br/>
        <w:t>Uitsluitend voor activiteiten die hoofdzakelijk gericht zijn op het vervoeren van personen (zoals bij de Minder Mobielen Centrale). Er geldt geen limiet van 2.000 km, mits er een dubbel bewijs (gemaakte km én de vervoerde personen) wordt voorgelegd..</w:t>
      </w:r>
    </w:p>
    <w:p w14:paraId="36AE43C3" w14:textId="41DFA6D1" w:rsidR="001D662F" w:rsidRPr="001D662F" w:rsidRDefault="001D662F" w:rsidP="001D662F">
      <w:pPr>
        <w:pStyle w:val="Lijstalinea"/>
        <w:numPr>
          <w:ilvl w:val="0"/>
          <w:numId w:val="12"/>
        </w:numPr>
        <w:spacing w:after="120"/>
        <w:rPr>
          <w:rFonts w:ascii="Helvetica" w:hAnsi="Helvetica"/>
        </w:rPr>
      </w:pPr>
      <w:r w:rsidRPr="00917328">
        <w:rPr>
          <w:rFonts w:ascii="Helvetica" w:hAnsi="Helvetica"/>
          <w:sz w:val="20"/>
          <w:lang w:val="nl-BE"/>
        </w:rPr>
        <w:t>REËLE KOSTENVERGOEDING</w:t>
      </w:r>
      <w:r w:rsidRPr="00917328">
        <w:rPr>
          <w:rFonts w:ascii="Helvetica" w:hAnsi="Helvetica"/>
          <w:sz w:val="20"/>
          <w:lang w:val="nl-BE"/>
        </w:rPr>
        <w:br/>
        <w:t>Enkel de werkelijk gemaakte kosten worden terugbetaald, mits overlegging van originele bewijsstukken (zoals kassatickets, facturen, openbaar vervoerbiljetten).</w:t>
      </w:r>
      <w:r w:rsidRPr="00917328">
        <w:rPr>
          <w:rFonts w:ascii="Helvetica" w:hAnsi="Helvetica"/>
          <w:sz w:val="20"/>
          <w:lang w:val="nl-BE"/>
        </w:rPr>
        <w:br/>
      </w:r>
      <w:proofErr w:type="spellStart"/>
      <w:r w:rsidRPr="001D662F">
        <w:rPr>
          <w:rFonts w:ascii="Helvetica" w:hAnsi="Helvetica"/>
          <w:sz w:val="20"/>
        </w:rPr>
        <w:t>Toepasbaar</w:t>
      </w:r>
      <w:proofErr w:type="spellEnd"/>
      <w:r w:rsidRPr="001D662F">
        <w:rPr>
          <w:rFonts w:ascii="Helvetica" w:hAnsi="Helvetica"/>
          <w:sz w:val="20"/>
        </w:rPr>
        <w:t xml:space="preserve"> in </w:t>
      </w:r>
      <w:proofErr w:type="spellStart"/>
      <w:r w:rsidRPr="001D662F">
        <w:rPr>
          <w:rFonts w:ascii="Helvetica" w:hAnsi="Helvetica"/>
          <w:sz w:val="20"/>
        </w:rPr>
        <w:t>volgende</w:t>
      </w:r>
      <w:proofErr w:type="spellEnd"/>
      <w:r w:rsidRPr="001D662F">
        <w:rPr>
          <w:rFonts w:ascii="Helvetica" w:hAnsi="Helvetica"/>
          <w:sz w:val="20"/>
        </w:rPr>
        <w:t xml:space="preserve"> </w:t>
      </w:r>
      <w:proofErr w:type="spellStart"/>
      <w:r w:rsidRPr="001D662F">
        <w:rPr>
          <w:rFonts w:ascii="Helvetica" w:hAnsi="Helvetica"/>
          <w:sz w:val="20"/>
        </w:rPr>
        <w:t>gevallen</w:t>
      </w:r>
      <w:proofErr w:type="spellEnd"/>
      <w:r w:rsidRPr="001D662F">
        <w:rPr>
          <w:rFonts w:ascii="Helvetica" w:hAnsi="Helvetica"/>
          <w:sz w:val="20"/>
        </w:rPr>
        <w:t>: ......................................................................................................</w:t>
      </w:r>
    </w:p>
    <w:tbl>
      <w:tblPr>
        <w:tblW w:w="9360" w:type="dxa"/>
        <w:jc w:val="center"/>
        <w:tblLayout w:type="fixed"/>
        <w:tblLook w:val="04A0" w:firstRow="1" w:lastRow="0" w:firstColumn="1" w:lastColumn="0" w:noHBand="0" w:noVBand="1"/>
      </w:tblPr>
      <w:tblGrid>
        <w:gridCol w:w="9360"/>
      </w:tblGrid>
      <w:tr w:rsidR="001D662F" w:rsidRPr="00917328" w14:paraId="4890AA79" w14:textId="77777777" w:rsidTr="001D662F">
        <w:trPr>
          <w:jc w:val="center"/>
        </w:trPr>
        <w:tc>
          <w:tcPr>
            <w:tcW w:w="9360" w:type="dxa"/>
            <w:tcBorders>
              <w:left w:val="single" w:sz="24" w:space="0" w:color="3182CE"/>
            </w:tcBorders>
            <w:shd w:val="clear" w:color="auto" w:fill="F8FAFC"/>
            <w:tcMar>
              <w:top w:w="140" w:type="dxa"/>
              <w:left w:w="200" w:type="dxa"/>
              <w:bottom w:w="140" w:type="dxa"/>
              <w:right w:w="200" w:type="dxa"/>
            </w:tcMar>
          </w:tcPr>
          <w:p w14:paraId="566A56CC" w14:textId="0F0F174D" w:rsidR="001D662F" w:rsidRPr="00917328" w:rsidRDefault="001D662F" w:rsidP="00D46CBE">
            <w:pPr>
              <w:spacing w:after="80"/>
              <w:rPr>
                <w:rFonts w:ascii="Helvetica" w:hAnsi="Helvetica"/>
                <w:lang w:val="nl-BE"/>
              </w:rPr>
            </w:pPr>
            <w:r w:rsidRPr="00917328">
              <w:rPr>
                <w:rFonts w:ascii="Apple Color Emoji" w:hAnsi="Apple Color Emoji" w:cs="Apple Color Emoji"/>
                <w:b/>
                <w:color w:val="3182CE"/>
                <w:sz w:val="21"/>
                <w:lang w:val="nl-BE"/>
              </w:rPr>
              <w:t>⚠</w:t>
            </w:r>
            <w:r w:rsidRPr="003F26ED">
              <w:rPr>
                <w:rFonts w:ascii="Apple Color Emoji" w:hAnsi="Apple Color Emoji" w:cs="Apple Color Emoji"/>
                <w:b/>
                <w:color w:val="3182CE"/>
                <w:sz w:val="21"/>
              </w:rPr>
              <w:t>️</w:t>
            </w:r>
            <w:r w:rsidRPr="00917328">
              <w:rPr>
                <w:rFonts w:ascii="Helvetica" w:hAnsi="Helvetica"/>
                <w:b/>
                <w:color w:val="3182CE"/>
                <w:sz w:val="21"/>
                <w:lang w:val="nl-BE"/>
              </w:rPr>
              <w:t xml:space="preserve"> STRIKTE REGELS EN CUMULATIELIMIETEN</w:t>
            </w:r>
            <w:r w:rsidRPr="00917328">
              <w:rPr>
                <w:rFonts w:ascii="Helvetica" w:hAnsi="Helvetica"/>
                <w:b/>
                <w:color w:val="3182CE"/>
                <w:sz w:val="21"/>
                <w:lang w:val="nl-BE"/>
              </w:rPr>
              <w:br/>
            </w:r>
            <w:r w:rsidRPr="00917328">
              <w:rPr>
                <w:rFonts w:ascii="Helvetica" w:hAnsi="Helvetica"/>
                <w:color w:val="4A5568"/>
                <w:sz w:val="19"/>
                <w:lang w:val="nl-BE"/>
              </w:rPr>
              <w:t xml:space="preserve">1. De vrijwilliger mag in geen geval verschillende kostenvergoedingssystemen (forfaitair en reëel) met elkaar </w:t>
            </w:r>
            <w:r w:rsidR="00124340">
              <w:rPr>
                <w:rFonts w:ascii="Helvetica" w:hAnsi="Helvetica"/>
                <w:color w:val="4A5568"/>
                <w:sz w:val="19"/>
                <w:lang w:val="nl-BE"/>
              </w:rPr>
              <w:t xml:space="preserve">combineren </w:t>
            </w:r>
            <w:r w:rsidRPr="00917328">
              <w:rPr>
                <w:rFonts w:ascii="Helvetica" w:hAnsi="Helvetica"/>
                <w:color w:val="4A5568"/>
                <w:sz w:val="19"/>
                <w:lang w:val="nl-BE"/>
              </w:rPr>
              <w:t>binnen hetzelfde kalenderjaar, noch bij dezelfde, noch bij verschillende organisaties.</w:t>
            </w:r>
            <w:r w:rsidRPr="00917328">
              <w:rPr>
                <w:rFonts w:ascii="Helvetica" w:hAnsi="Helvetica"/>
                <w:color w:val="4A5568"/>
                <w:sz w:val="19"/>
                <w:lang w:val="nl-BE"/>
              </w:rPr>
              <w:br/>
              <w:t>2. De vrijwilliger mag enkel een kostenvergoeding ontvangen van de organisatie waarvoor hij/zij actief is. Het is ten strengste verboden rechtstreeks geld of geschenken aan te nemen van burgers of gebruikers voor wie het vrijwilligerswerk wordt verricht.</w:t>
            </w:r>
            <w:r w:rsidRPr="00917328">
              <w:rPr>
                <w:rFonts w:ascii="Helvetica" w:hAnsi="Helvetica"/>
                <w:color w:val="4A5568"/>
                <w:sz w:val="19"/>
                <w:lang w:val="nl-BE"/>
              </w:rPr>
              <w:br/>
              <w:t>3. Het is de exclusieve verantwoordelijkheid van de vrijwilliger om te waken over het niet-overschrijden van de wettelijke dag- en jaarmaxima van de forfaitaire vergoeding, over alle organisaties heen waar hij/zij actief is.</w:t>
            </w:r>
          </w:p>
        </w:tc>
      </w:tr>
    </w:tbl>
    <w:p w14:paraId="4C442B50" w14:textId="77777777" w:rsidR="001D662F" w:rsidRPr="00824459" w:rsidRDefault="001D662F" w:rsidP="001D662F">
      <w:pPr>
        <w:pStyle w:val="Lijstalinea"/>
        <w:keepNext/>
        <w:numPr>
          <w:ilvl w:val="0"/>
          <w:numId w:val="10"/>
        </w:numPr>
        <w:spacing w:before="240" w:after="80"/>
        <w:rPr>
          <w:rFonts w:ascii="Helvetica" w:hAnsi="Helvetica"/>
          <w:b/>
          <w:color w:val="1F4E79"/>
          <w:sz w:val="30"/>
        </w:rPr>
      </w:pPr>
      <w:proofErr w:type="spellStart"/>
      <w:r w:rsidRPr="00824459">
        <w:rPr>
          <w:rFonts w:ascii="Helvetica" w:hAnsi="Helvetica"/>
          <w:b/>
          <w:color w:val="1F4E79"/>
          <w:sz w:val="30"/>
        </w:rPr>
        <w:lastRenderedPageBreak/>
        <w:t>Administratieve</w:t>
      </w:r>
      <w:proofErr w:type="spellEnd"/>
      <w:r w:rsidRPr="00824459">
        <w:rPr>
          <w:rFonts w:ascii="Helvetica" w:hAnsi="Helvetica"/>
          <w:b/>
          <w:color w:val="1F4E79"/>
          <w:sz w:val="30"/>
        </w:rPr>
        <w:t xml:space="preserve"> </w:t>
      </w:r>
      <w:proofErr w:type="spellStart"/>
      <w:r w:rsidRPr="00824459">
        <w:rPr>
          <w:rFonts w:ascii="Helvetica" w:hAnsi="Helvetica"/>
          <w:b/>
          <w:color w:val="1F4E79"/>
          <w:sz w:val="30"/>
        </w:rPr>
        <w:t>formaliteiten</w:t>
      </w:r>
      <w:proofErr w:type="spellEnd"/>
    </w:p>
    <w:p w14:paraId="6E3E893B" w14:textId="77777777" w:rsidR="001D662F" w:rsidRPr="00824459" w:rsidRDefault="001D662F" w:rsidP="001D662F">
      <w:pPr>
        <w:pStyle w:val="Lijstalinea"/>
        <w:keepNext/>
        <w:spacing w:before="240" w:after="80"/>
        <w:rPr>
          <w:rFonts w:ascii="Helvetica" w:hAnsi="Helvetica"/>
        </w:rPr>
      </w:pPr>
    </w:p>
    <w:p w14:paraId="70238F39" w14:textId="77777777" w:rsidR="001D662F" w:rsidRPr="00917328" w:rsidRDefault="001D662F" w:rsidP="001D662F">
      <w:pPr>
        <w:spacing w:after="160"/>
        <w:rPr>
          <w:rFonts w:ascii="Helvetica" w:hAnsi="Helvetica"/>
          <w:lang w:val="nl-BE"/>
        </w:rPr>
      </w:pPr>
      <w:r w:rsidRPr="00917328">
        <w:rPr>
          <w:rFonts w:ascii="Helvetica" w:hAnsi="Helvetica"/>
          <w:lang w:val="nl-BE"/>
        </w:rPr>
        <w:t>Afhankelijk van de persoonlijke situatie van de vrijwilliger, gelden er wettelijke meldings- of toelatingsplichten alvorens te mogen starten met het vrijwilligerswerk. Het is de verantwoordelijkheid van de vrijwilliger om deze formaliteiten te vervullen:</w:t>
      </w:r>
    </w:p>
    <w:p w14:paraId="1F3A620A" w14:textId="77777777" w:rsidR="001D662F" w:rsidRPr="00917328" w:rsidRDefault="001D662F" w:rsidP="001D662F">
      <w:pPr>
        <w:pStyle w:val="Lijstopsomteken"/>
        <w:spacing w:after="60"/>
        <w:rPr>
          <w:rFonts w:ascii="Helvetica" w:hAnsi="Helvetica"/>
          <w:lang w:val="nl-BE"/>
        </w:rPr>
      </w:pPr>
      <w:r w:rsidRPr="00917328">
        <w:rPr>
          <w:rFonts w:ascii="Helvetica" w:hAnsi="Helvetica"/>
          <w:lang w:val="nl-BE"/>
        </w:rPr>
        <w:t>Uitkeringsgerechtigde werkzoekenden hebben een meldingsplicht aan de RVA (Rijksdienst voor Arbeidsvoorziening).</w:t>
      </w:r>
    </w:p>
    <w:p w14:paraId="1DCFD581" w14:textId="77777777" w:rsidR="001D662F" w:rsidRPr="00917328" w:rsidRDefault="001D662F" w:rsidP="001D662F">
      <w:pPr>
        <w:pStyle w:val="Lijstopsomteken"/>
        <w:spacing w:after="60"/>
        <w:rPr>
          <w:rFonts w:ascii="Helvetica" w:hAnsi="Helvetica"/>
          <w:lang w:val="nl-BE"/>
        </w:rPr>
      </w:pPr>
      <w:r w:rsidRPr="00917328">
        <w:rPr>
          <w:rFonts w:ascii="Helvetica" w:hAnsi="Helvetica"/>
          <w:lang w:val="nl-BE"/>
        </w:rPr>
        <w:t>Arbeidsongeschikten (wegens invaliditeit) moeten voorafgaandelijk schriftelijke toelating aanvragen en verkrijgen van de adviserend geneesheer van hun ziekenfonds.</w:t>
      </w:r>
    </w:p>
    <w:p w14:paraId="493E6E5C" w14:textId="77777777" w:rsidR="001D662F" w:rsidRPr="00917328" w:rsidRDefault="001D662F" w:rsidP="001D662F">
      <w:pPr>
        <w:pStyle w:val="Lijstopsomteken"/>
        <w:spacing w:after="60"/>
        <w:rPr>
          <w:rFonts w:ascii="Helvetica" w:hAnsi="Helvetica"/>
          <w:lang w:val="nl-BE"/>
        </w:rPr>
      </w:pPr>
      <w:r w:rsidRPr="00917328">
        <w:rPr>
          <w:rFonts w:ascii="Helvetica" w:hAnsi="Helvetica"/>
          <w:lang w:val="nl-BE"/>
        </w:rPr>
        <w:t>Personen met een leefloon moeten hun vrijwilligerswerk vooraf melden aan hun behandelend maatschappelijk werker van het OCMW.</w:t>
      </w:r>
    </w:p>
    <w:p w14:paraId="7B1C979C" w14:textId="77777777" w:rsidR="001D662F" w:rsidRPr="00917328" w:rsidRDefault="001D662F" w:rsidP="001D662F">
      <w:pPr>
        <w:pStyle w:val="Lijstopsomteken"/>
        <w:spacing w:after="60"/>
        <w:rPr>
          <w:rFonts w:ascii="Helvetica" w:hAnsi="Helvetica"/>
          <w:lang w:val="nl-BE"/>
        </w:rPr>
      </w:pPr>
      <w:r w:rsidRPr="00917328">
        <w:rPr>
          <w:rFonts w:ascii="Helvetica" w:hAnsi="Helvetica"/>
          <w:lang w:val="nl-BE"/>
        </w:rPr>
        <w:t>Meer informatie en de nodige formulieren kunnen verkregen worden bij de instelling die de uitkering uitbetaalt.</w:t>
      </w:r>
      <w:r w:rsidRPr="00917328">
        <w:rPr>
          <w:rFonts w:ascii="Helvetica" w:hAnsi="Helvetica"/>
          <w:b/>
          <w:noProof/>
          <w:color w:val="1F4E79"/>
          <w:sz w:val="30"/>
          <w:lang w:val="nl-BE"/>
        </w:rPr>
        <w:t xml:space="preserve"> </w:t>
      </w:r>
    </w:p>
    <w:p w14:paraId="36858A28" w14:textId="77777777" w:rsidR="001D662F" w:rsidRPr="00917328" w:rsidRDefault="001D662F" w:rsidP="001D662F">
      <w:pPr>
        <w:keepNext/>
        <w:spacing w:before="240" w:after="80"/>
        <w:rPr>
          <w:rFonts w:ascii="Helvetica" w:hAnsi="Helvetica"/>
          <w:b/>
          <w:color w:val="1F4E79"/>
          <w:sz w:val="30"/>
          <w:lang w:val="nl-BE"/>
        </w:rPr>
      </w:pPr>
    </w:p>
    <w:p w14:paraId="46AAD26A" w14:textId="26FF06CE" w:rsidR="00150EB0" w:rsidRPr="00824459" w:rsidRDefault="00000000" w:rsidP="00824459">
      <w:pPr>
        <w:pStyle w:val="Lijstalinea"/>
        <w:keepNext/>
        <w:numPr>
          <w:ilvl w:val="0"/>
          <w:numId w:val="10"/>
        </w:numPr>
        <w:spacing w:before="240" w:after="80"/>
        <w:rPr>
          <w:rFonts w:ascii="Helvetica" w:hAnsi="Helvetica"/>
          <w:b/>
          <w:color w:val="1F4E79"/>
          <w:sz w:val="30"/>
        </w:rPr>
      </w:pPr>
      <w:proofErr w:type="spellStart"/>
      <w:r w:rsidRPr="00824459">
        <w:rPr>
          <w:rFonts w:ascii="Helvetica" w:hAnsi="Helvetica"/>
          <w:b/>
          <w:color w:val="1F4E79"/>
          <w:sz w:val="30"/>
        </w:rPr>
        <w:t>Inspraak</w:t>
      </w:r>
      <w:proofErr w:type="spellEnd"/>
      <w:r w:rsidRPr="00824459">
        <w:rPr>
          <w:rFonts w:ascii="Helvetica" w:hAnsi="Helvetica"/>
          <w:b/>
          <w:color w:val="1F4E79"/>
          <w:sz w:val="30"/>
        </w:rPr>
        <w:t xml:space="preserve">, </w:t>
      </w:r>
      <w:proofErr w:type="spellStart"/>
      <w:r w:rsidR="003247FF" w:rsidRPr="00824459">
        <w:rPr>
          <w:rFonts w:ascii="Helvetica" w:hAnsi="Helvetica"/>
          <w:b/>
          <w:color w:val="1F4E79"/>
          <w:sz w:val="30"/>
        </w:rPr>
        <w:t>v</w:t>
      </w:r>
      <w:r w:rsidRPr="00824459">
        <w:rPr>
          <w:rFonts w:ascii="Helvetica" w:hAnsi="Helvetica"/>
          <w:b/>
          <w:color w:val="1F4E79"/>
          <w:sz w:val="30"/>
        </w:rPr>
        <w:t>orming</w:t>
      </w:r>
      <w:proofErr w:type="spellEnd"/>
      <w:r w:rsidRPr="00824459">
        <w:rPr>
          <w:rFonts w:ascii="Helvetica" w:hAnsi="Helvetica"/>
          <w:b/>
          <w:color w:val="1F4E79"/>
          <w:sz w:val="30"/>
        </w:rPr>
        <w:t xml:space="preserve"> </w:t>
      </w:r>
      <w:proofErr w:type="spellStart"/>
      <w:r w:rsidRPr="00824459">
        <w:rPr>
          <w:rFonts w:ascii="Helvetica" w:hAnsi="Helvetica"/>
          <w:b/>
          <w:color w:val="1F4E79"/>
          <w:sz w:val="30"/>
        </w:rPr>
        <w:t>en</w:t>
      </w:r>
      <w:proofErr w:type="spellEnd"/>
      <w:r w:rsidRPr="00824459">
        <w:rPr>
          <w:rFonts w:ascii="Helvetica" w:hAnsi="Helvetica"/>
          <w:b/>
          <w:color w:val="1F4E79"/>
          <w:sz w:val="30"/>
        </w:rPr>
        <w:t xml:space="preserve"> </w:t>
      </w:r>
      <w:proofErr w:type="spellStart"/>
      <w:r w:rsidR="003247FF" w:rsidRPr="00824459">
        <w:rPr>
          <w:rFonts w:ascii="Helvetica" w:hAnsi="Helvetica"/>
          <w:b/>
          <w:color w:val="1F4E79"/>
          <w:sz w:val="30"/>
        </w:rPr>
        <w:t>b</w:t>
      </w:r>
      <w:r w:rsidRPr="00824459">
        <w:rPr>
          <w:rFonts w:ascii="Helvetica" w:hAnsi="Helvetica"/>
          <w:b/>
          <w:color w:val="1F4E79"/>
          <w:sz w:val="30"/>
        </w:rPr>
        <w:t>egeleiding</w:t>
      </w:r>
      <w:proofErr w:type="spellEnd"/>
    </w:p>
    <w:p w14:paraId="6FD3AF75" w14:textId="77777777" w:rsidR="00824459" w:rsidRPr="00824459" w:rsidRDefault="00824459" w:rsidP="00824459">
      <w:pPr>
        <w:pStyle w:val="Lijstalinea"/>
        <w:keepNext/>
        <w:spacing w:before="240" w:after="80"/>
        <w:rPr>
          <w:rFonts w:ascii="Helvetica" w:hAnsi="Helvetica"/>
        </w:rPr>
      </w:pPr>
    </w:p>
    <w:p w14:paraId="22571363" w14:textId="57847F04" w:rsidR="00150EB0" w:rsidRPr="00917328" w:rsidRDefault="00000000">
      <w:pPr>
        <w:spacing w:after="120"/>
        <w:rPr>
          <w:rFonts w:ascii="Helvetica" w:hAnsi="Helvetica"/>
          <w:lang w:val="nl-BE"/>
        </w:rPr>
      </w:pPr>
      <w:r w:rsidRPr="00917328">
        <w:rPr>
          <w:rFonts w:ascii="Helvetica" w:hAnsi="Helvetica"/>
          <w:lang w:val="nl-BE"/>
        </w:rPr>
        <w:t xml:space="preserve">Het lokaal bestuur hecht veel waarde aan een goede integratie en </w:t>
      </w:r>
      <w:r w:rsidR="003247FF" w:rsidRPr="00917328">
        <w:rPr>
          <w:rFonts w:ascii="Helvetica" w:hAnsi="Helvetica"/>
          <w:lang w:val="nl-BE"/>
        </w:rPr>
        <w:t xml:space="preserve">betrokkenheid </w:t>
      </w:r>
      <w:r w:rsidRPr="00917328">
        <w:rPr>
          <w:rFonts w:ascii="Helvetica" w:hAnsi="Helvetica"/>
          <w:lang w:val="nl-BE"/>
        </w:rPr>
        <w:t>van haar vrijwilligers. De volgende afspraken zijn van toepassing:</w:t>
      </w:r>
    </w:p>
    <w:p w14:paraId="018F7F81" w14:textId="7C8477F5" w:rsidR="00150EB0" w:rsidRPr="00917328" w:rsidRDefault="00000000">
      <w:pPr>
        <w:spacing w:after="120"/>
        <w:rPr>
          <w:rFonts w:ascii="Helvetica" w:hAnsi="Helvetica"/>
          <w:lang w:val="nl-BE"/>
        </w:rPr>
      </w:pPr>
      <w:r w:rsidRPr="00917328">
        <w:rPr>
          <w:rFonts w:ascii="Helvetica" w:hAnsi="Helvetica"/>
          <w:b/>
          <w:lang w:val="nl-BE"/>
        </w:rPr>
        <w:t xml:space="preserve">•   Inspraak en overlegmomenten: </w:t>
      </w:r>
      <w:r w:rsidRPr="00917328">
        <w:rPr>
          <w:rFonts w:ascii="Helvetica" w:hAnsi="Helvetica"/>
          <w:lang w:val="nl-BE"/>
        </w:rPr>
        <w:t xml:space="preserve">De vrijwilliger bepaalt zelf voor welke taak </w:t>
      </w:r>
      <w:r w:rsidR="003247FF" w:rsidRPr="00917328">
        <w:rPr>
          <w:rFonts w:ascii="Helvetica" w:hAnsi="Helvetica"/>
          <w:lang w:val="nl-BE"/>
        </w:rPr>
        <w:t>deze</w:t>
      </w:r>
      <w:r w:rsidRPr="00917328">
        <w:rPr>
          <w:rFonts w:ascii="Helvetica" w:hAnsi="Helvetica"/>
          <w:lang w:val="nl-BE"/>
        </w:rPr>
        <w:t xml:space="preserve"> zich wil inzetten en hoeveel tijd </w:t>
      </w:r>
      <w:r w:rsidR="003247FF" w:rsidRPr="00917328">
        <w:rPr>
          <w:rFonts w:ascii="Helvetica" w:hAnsi="Helvetica"/>
          <w:lang w:val="nl-BE"/>
        </w:rPr>
        <w:t>deze</w:t>
      </w:r>
      <w:r w:rsidRPr="00917328">
        <w:rPr>
          <w:rFonts w:ascii="Helvetica" w:hAnsi="Helvetica"/>
          <w:lang w:val="nl-BE"/>
        </w:rPr>
        <w:t xml:space="preserve"> hiervoor wil vrijmaken. </w:t>
      </w:r>
      <w:r w:rsidR="003247FF" w:rsidRPr="00917328">
        <w:rPr>
          <w:rFonts w:ascii="Helvetica" w:hAnsi="Helvetica"/>
          <w:lang w:val="nl-BE"/>
        </w:rPr>
        <w:t>De</w:t>
      </w:r>
      <w:r w:rsidRPr="00917328">
        <w:rPr>
          <w:rFonts w:ascii="Helvetica" w:hAnsi="Helvetica"/>
          <w:lang w:val="nl-BE"/>
        </w:rPr>
        <w:t xml:space="preserve"> vrijwilliger</w:t>
      </w:r>
      <w:r w:rsidR="003247FF" w:rsidRPr="00917328">
        <w:rPr>
          <w:rFonts w:ascii="Helvetica" w:hAnsi="Helvetica"/>
          <w:lang w:val="nl-BE"/>
        </w:rPr>
        <w:t xml:space="preserve"> kan</w:t>
      </w:r>
      <w:r w:rsidRPr="00917328">
        <w:rPr>
          <w:rFonts w:ascii="Helvetica" w:hAnsi="Helvetica"/>
          <w:lang w:val="nl-BE"/>
        </w:rPr>
        <w:t xml:space="preserve"> op elk moment overleg vragen aan de verantwoordelijke of vrijwilligerscoördinator om moeilijkheden, bedenkingen of ideeën te bespreken. Vragen of voorstellen vanuit de vrijwilligers worden behandeld via de formele inspraakorganen waarin de vrijwilligers direct zetelen, of waarin zij vertegenwoordigd worden door de vrijwilligerscoördinator.</w:t>
      </w:r>
    </w:p>
    <w:p w14:paraId="791B36BA" w14:textId="77777777" w:rsidR="00150EB0" w:rsidRPr="00917328" w:rsidRDefault="00000000">
      <w:pPr>
        <w:spacing w:after="120"/>
        <w:rPr>
          <w:rFonts w:ascii="Helvetica" w:hAnsi="Helvetica"/>
          <w:lang w:val="nl-BE"/>
        </w:rPr>
      </w:pPr>
      <w:r w:rsidRPr="00917328">
        <w:rPr>
          <w:rFonts w:ascii="Helvetica" w:hAnsi="Helvetica"/>
          <w:b/>
          <w:lang w:val="nl-BE"/>
        </w:rPr>
        <w:t xml:space="preserve">•   Proefperiode en kennismaking: </w:t>
      </w:r>
      <w:r w:rsidRPr="00917328">
        <w:rPr>
          <w:rFonts w:ascii="Helvetica" w:hAnsi="Helvetica"/>
          <w:lang w:val="nl-BE"/>
        </w:rPr>
        <w:t xml:space="preserve">Om ervoor te zorgen dat de taken aansluiten bij de verwachtingen, start de samenwerking met een proef- en inwerkperiode. De proefperiode beslaat minstens ......... en maximum ......... uren/dagen/weken </w:t>
      </w:r>
      <w:r w:rsidRPr="00917328">
        <w:rPr>
          <w:rFonts w:ascii="Helvetica" w:hAnsi="Helvetica"/>
          <w:i/>
          <w:iCs/>
          <w:color w:val="EE0000"/>
          <w:lang w:val="nl-BE"/>
        </w:rPr>
        <w:t>(schrappen wat niet past)</w:t>
      </w:r>
      <w:r w:rsidRPr="00917328">
        <w:rPr>
          <w:rFonts w:ascii="Helvetica" w:hAnsi="Helvetica"/>
          <w:lang w:val="nl-BE"/>
        </w:rPr>
        <w:t>. Tijdens deze periode zorgt de organisatie voor een degelijke begeleiding, ondersteuning en de nodige instructies.</w:t>
      </w:r>
    </w:p>
    <w:p w14:paraId="240F669F" w14:textId="61E88BAB" w:rsidR="00150EB0" w:rsidRPr="00917328" w:rsidRDefault="00000000">
      <w:pPr>
        <w:spacing w:after="120"/>
        <w:rPr>
          <w:rFonts w:ascii="Helvetica" w:hAnsi="Helvetica"/>
          <w:lang w:val="nl-BE"/>
        </w:rPr>
      </w:pPr>
      <w:r w:rsidRPr="00917328">
        <w:rPr>
          <w:rFonts w:ascii="Helvetica" w:hAnsi="Helvetica"/>
          <w:b/>
          <w:lang w:val="nl-BE"/>
        </w:rPr>
        <w:t xml:space="preserve">•   Vorming en vormingskosten: </w:t>
      </w:r>
      <w:r w:rsidRPr="00917328">
        <w:rPr>
          <w:rFonts w:ascii="Helvetica" w:hAnsi="Helvetica"/>
          <w:lang w:val="nl-BE"/>
        </w:rPr>
        <w:t>De organisatie organiseert jaarlijks ......... (</w:t>
      </w:r>
      <w:r w:rsidRPr="00917328">
        <w:rPr>
          <w:rFonts w:ascii="Helvetica" w:hAnsi="Helvetica"/>
          <w:color w:val="EE0000"/>
          <w:lang w:val="nl-BE"/>
        </w:rPr>
        <w:t>aantal</w:t>
      </w:r>
      <w:r w:rsidRPr="00917328">
        <w:rPr>
          <w:rFonts w:ascii="Helvetica" w:hAnsi="Helvetica"/>
          <w:lang w:val="nl-BE"/>
        </w:rPr>
        <w:t>) bijeenkomsten of vormingsmomenten voor de vrijwilligers. Het volgen van deze vormingen is verplicht / niet verplicht</w:t>
      </w:r>
      <w:r w:rsidR="008745C8" w:rsidRPr="00917328">
        <w:rPr>
          <w:rFonts w:ascii="Helvetica" w:hAnsi="Helvetica"/>
          <w:lang w:val="nl-BE"/>
        </w:rPr>
        <w:t xml:space="preserve"> </w:t>
      </w:r>
      <w:r w:rsidR="008745C8" w:rsidRPr="00917328">
        <w:rPr>
          <w:rFonts w:ascii="Helvetica" w:hAnsi="Helvetica"/>
          <w:i/>
          <w:iCs/>
          <w:color w:val="EE0000"/>
          <w:lang w:val="nl-BE"/>
        </w:rPr>
        <w:t>(schrappen wat niet past)</w:t>
      </w:r>
      <w:r w:rsidRPr="00917328">
        <w:rPr>
          <w:rFonts w:ascii="Helvetica" w:hAnsi="Helvetica"/>
          <w:lang w:val="nl-BE"/>
        </w:rPr>
        <w:t xml:space="preserve">. Indien de vrijwilliger op eigen initiatief een relevante vorming wenst te volgen om zijn/haar engagement verder te ontwikkelen, kan er — mits voorafgaande goedkeuring — voorzien worden in een volledige / gedeeltelijke / geen </w:t>
      </w:r>
      <w:r w:rsidR="008745C8" w:rsidRPr="00917328">
        <w:rPr>
          <w:rFonts w:ascii="Helvetica" w:hAnsi="Helvetica"/>
          <w:i/>
          <w:iCs/>
          <w:color w:val="EE0000"/>
          <w:lang w:val="nl-BE"/>
        </w:rPr>
        <w:t xml:space="preserve">(schrappen wat niet past) </w:t>
      </w:r>
      <w:r w:rsidRPr="00917328">
        <w:rPr>
          <w:rFonts w:ascii="Helvetica" w:hAnsi="Helvetica"/>
          <w:lang w:val="nl-BE"/>
        </w:rPr>
        <w:t>tussenkomst in de opleidingskosten.</w:t>
      </w:r>
      <w:r w:rsidR="009A7FC6" w:rsidRPr="00917328">
        <w:rPr>
          <w:rFonts w:ascii="Helvetica" w:hAnsi="Helvetica"/>
          <w:b/>
          <w:noProof/>
          <w:color w:val="1F4E79"/>
          <w:sz w:val="30"/>
          <w:lang w:val="nl-BE"/>
        </w:rPr>
        <w:t xml:space="preserve"> </w:t>
      </w:r>
    </w:p>
    <w:p w14:paraId="2CF5C3B2" w14:textId="77777777" w:rsidR="001D662F" w:rsidRPr="00917328" w:rsidRDefault="001D662F" w:rsidP="001D662F">
      <w:pPr>
        <w:pStyle w:val="Lijstalinea"/>
        <w:keepNext/>
        <w:spacing w:before="240" w:after="80"/>
        <w:ind w:left="644"/>
        <w:rPr>
          <w:rFonts w:ascii="Helvetica" w:hAnsi="Helvetica"/>
          <w:b/>
          <w:color w:val="1F4E79"/>
          <w:sz w:val="30"/>
          <w:lang w:val="nl-BE"/>
        </w:rPr>
      </w:pPr>
    </w:p>
    <w:p w14:paraId="7DE0BA19" w14:textId="29DA0B71" w:rsidR="00150EB0" w:rsidRPr="00824459" w:rsidRDefault="00000000" w:rsidP="00824459">
      <w:pPr>
        <w:pStyle w:val="Lijstalinea"/>
        <w:keepNext/>
        <w:numPr>
          <w:ilvl w:val="0"/>
          <w:numId w:val="10"/>
        </w:numPr>
        <w:spacing w:before="240" w:after="80"/>
        <w:rPr>
          <w:rFonts w:ascii="Helvetica" w:hAnsi="Helvetica"/>
          <w:b/>
          <w:color w:val="1F4E79"/>
          <w:sz w:val="30"/>
        </w:rPr>
      </w:pPr>
      <w:proofErr w:type="spellStart"/>
      <w:r w:rsidRPr="00824459">
        <w:rPr>
          <w:rFonts w:ascii="Helvetica" w:hAnsi="Helvetica"/>
          <w:b/>
          <w:color w:val="1F4E79"/>
          <w:sz w:val="30"/>
        </w:rPr>
        <w:t>Spanningen</w:t>
      </w:r>
      <w:proofErr w:type="spellEnd"/>
      <w:r w:rsidRPr="00824459">
        <w:rPr>
          <w:rFonts w:ascii="Helvetica" w:hAnsi="Helvetica"/>
          <w:b/>
          <w:color w:val="1F4E79"/>
          <w:sz w:val="30"/>
        </w:rPr>
        <w:t xml:space="preserve">, </w:t>
      </w:r>
      <w:proofErr w:type="spellStart"/>
      <w:r w:rsidR="003247FF" w:rsidRPr="00824459">
        <w:rPr>
          <w:rFonts w:ascii="Helvetica" w:hAnsi="Helvetica"/>
          <w:b/>
          <w:color w:val="1F4E79"/>
          <w:sz w:val="30"/>
        </w:rPr>
        <w:t>c</w:t>
      </w:r>
      <w:r w:rsidRPr="00824459">
        <w:rPr>
          <w:rFonts w:ascii="Helvetica" w:hAnsi="Helvetica"/>
          <w:b/>
          <w:color w:val="1F4E79"/>
          <w:sz w:val="30"/>
        </w:rPr>
        <w:t>onflicten</w:t>
      </w:r>
      <w:proofErr w:type="spellEnd"/>
      <w:r w:rsidRPr="00824459">
        <w:rPr>
          <w:rFonts w:ascii="Helvetica" w:hAnsi="Helvetica"/>
          <w:b/>
          <w:color w:val="1F4E79"/>
          <w:sz w:val="30"/>
        </w:rPr>
        <w:t xml:space="preserve"> </w:t>
      </w:r>
      <w:proofErr w:type="spellStart"/>
      <w:r w:rsidRPr="00824459">
        <w:rPr>
          <w:rFonts w:ascii="Helvetica" w:hAnsi="Helvetica"/>
          <w:b/>
          <w:color w:val="1F4E79"/>
          <w:sz w:val="30"/>
        </w:rPr>
        <w:t>en</w:t>
      </w:r>
      <w:proofErr w:type="spellEnd"/>
      <w:r w:rsidRPr="00824459">
        <w:rPr>
          <w:rFonts w:ascii="Helvetica" w:hAnsi="Helvetica"/>
          <w:b/>
          <w:color w:val="1F4E79"/>
          <w:sz w:val="30"/>
        </w:rPr>
        <w:t xml:space="preserve"> </w:t>
      </w:r>
      <w:proofErr w:type="spellStart"/>
      <w:r w:rsidR="003247FF" w:rsidRPr="00824459">
        <w:rPr>
          <w:rFonts w:ascii="Helvetica" w:hAnsi="Helvetica"/>
          <w:b/>
          <w:color w:val="1F4E79"/>
          <w:sz w:val="30"/>
        </w:rPr>
        <w:t>k</w:t>
      </w:r>
      <w:r w:rsidRPr="00824459">
        <w:rPr>
          <w:rFonts w:ascii="Helvetica" w:hAnsi="Helvetica"/>
          <w:b/>
          <w:color w:val="1F4E79"/>
          <w:sz w:val="30"/>
        </w:rPr>
        <w:t>lachten</w:t>
      </w:r>
      <w:proofErr w:type="spellEnd"/>
    </w:p>
    <w:p w14:paraId="06890313" w14:textId="77777777" w:rsidR="00824459" w:rsidRPr="00824459" w:rsidRDefault="00824459" w:rsidP="00824459">
      <w:pPr>
        <w:pStyle w:val="Lijstalinea"/>
        <w:keepNext/>
        <w:spacing w:before="240" w:after="80"/>
        <w:rPr>
          <w:rFonts w:ascii="Helvetica" w:hAnsi="Helvetica"/>
        </w:rPr>
      </w:pPr>
    </w:p>
    <w:p w14:paraId="31505734" w14:textId="77777777" w:rsidR="00150EB0" w:rsidRPr="00917328" w:rsidRDefault="00000000">
      <w:pPr>
        <w:spacing w:after="160"/>
        <w:rPr>
          <w:rFonts w:ascii="Helvetica" w:hAnsi="Helvetica"/>
          <w:lang w:val="nl-BE"/>
        </w:rPr>
      </w:pPr>
      <w:r w:rsidRPr="00917328">
        <w:rPr>
          <w:rFonts w:ascii="Helvetica" w:hAnsi="Helvetica"/>
          <w:lang w:val="nl-BE"/>
        </w:rPr>
        <w:t xml:space="preserve">In geval van onduidelijkheden, klachten, spanningen of conflicten tussen vrijwilligers en beroepskrachten, of tussen vrijwilligers onderling, dient dit in eerste instantie besproken te worden met de </w:t>
      </w:r>
      <w:r w:rsidRPr="00917328">
        <w:rPr>
          <w:rFonts w:ascii="Helvetica" w:hAnsi="Helvetica"/>
          <w:b/>
          <w:lang w:val="nl-BE"/>
        </w:rPr>
        <w:t>verantwoordelijke voor de vrijwilligerswerking of de dienstcoördinator: ................................................................</w:t>
      </w:r>
      <w:r w:rsidRPr="00917328">
        <w:rPr>
          <w:rFonts w:ascii="Helvetica" w:hAnsi="Helvetica"/>
          <w:lang w:val="nl-BE"/>
        </w:rPr>
        <w:t>. Deze zal de nodige stappen ondernemen om via bemiddeling en overleg tot een constructieve en gedragen oplossing te komen.</w:t>
      </w:r>
    </w:p>
    <w:p w14:paraId="08579128" w14:textId="61E6011D" w:rsidR="00150EB0" w:rsidRPr="00917328" w:rsidRDefault="00000000" w:rsidP="00824459">
      <w:pPr>
        <w:pStyle w:val="Lijstalinea"/>
        <w:keepNext/>
        <w:numPr>
          <w:ilvl w:val="0"/>
          <w:numId w:val="10"/>
        </w:numPr>
        <w:spacing w:before="240" w:after="80"/>
        <w:rPr>
          <w:rFonts w:ascii="Helvetica" w:hAnsi="Helvetica"/>
          <w:b/>
          <w:color w:val="1F4E79"/>
          <w:sz w:val="30"/>
          <w:lang w:val="nl-BE"/>
        </w:rPr>
      </w:pPr>
      <w:r w:rsidRPr="00917328">
        <w:rPr>
          <w:rFonts w:ascii="Helvetica" w:hAnsi="Helvetica"/>
          <w:b/>
          <w:color w:val="1F4E79"/>
          <w:sz w:val="30"/>
          <w:lang w:val="nl-BE"/>
        </w:rPr>
        <w:t xml:space="preserve">Duur en </w:t>
      </w:r>
      <w:r w:rsidR="003247FF" w:rsidRPr="00917328">
        <w:rPr>
          <w:rFonts w:ascii="Helvetica" w:hAnsi="Helvetica"/>
          <w:b/>
          <w:color w:val="1F4E79"/>
          <w:sz w:val="30"/>
          <w:lang w:val="nl-BE"/>
        </w:rPr>
        <w:t>b</w:t>
      </w:r>
      <w:r w:rsidRPr="00917328">
        <w:rPr>
          <w:rFonts w:ascii="Helvetica" w:hAnsi="Helvetica"/>
          <w:b/>
          <w:color w:val="1F4E79"/>
          <w:sz w:val="30"/>
          <w:lang w:val="nl-BE"/>
        </w:rPr>
        <w:t xml:space="preserve">eëindiging van het </w:t>
      </w:r>
      <w:r w:rsidR="003247FF" w:rsidRPr="00917328">
        <w:rPr>
          <w:rFonts w:ascii="Helvetica" w:hAnsi="Helvetica"/>
          <w:b/>
          <w:color w:val="1F4E79"/>
          <w:sz w:val="30"/>
          <w:lang w:val="nl-BE"/>
        </w:rPr>
        <w:t>v</w:t>
      </w:r>
      <w:r w:rsidRPr="00917328">
        <w:rPr>
          <w:rFonts w:ascii="Helvetica" w:hAnsi="Helvetica"/>
          <w:b/>
          <w:color w:val="1F4E79"/>
          <w:sz w:val="30"/>
          <w:lang w:val="nl-BE"/>
        </w:rPr>
        <w:t>rijwilligerswerk</w:t>
      </w:r>
    </w:p>
    <w:p w14:paraId="711F895F" w14:textId="77777777" w:rsidR="00824459" w:rsidRPr="00917328" w:rsidRDefault="00824459" w:rsidP="00824459">
      <w:pPr>
        <w:pStyle w:val="Lijstalinea"/>
        <w:keepNext/>
        <w:spacing w:before="240" w:after="80"/>
        <w:rPr>
          <w:rFonts w:ascii="Helvetica" w:hAnsi="Helvetica"/>
          <w:lang w:val="nl-BE"/>
        </w:rPr>
      </w:pPr>
    </w:p>
    <w:p w14:paraId="22686753" w14:textId="73CA1F11" w:rsidR="00150EB0" w:rsidRPr="00917328" w:rsidRDefault="00000000">
      <w:pPr>
        <w:spacing w:after="120"/>
        <w:rPr>
          <w:rFonts w:ascii="Helvetica" w:hAnsi="Helvetica"/>
          <w:color w:val="EE0000"/>
          <w:lang w:val="nl-BE"/>
        </w:rPr>
      </w:pPr>
      <w:r w:rsidRPr="00917328">
        <w:rPr>
          <w:rFonts w:ascii="Helvetica" w:hAnsi="Helvetica"/>
          <w:i/>
          <w:color w:val="EE0000"/>
          <w:lang w:val="nl-BE"/>
        </w:rPr>
        <w:t xml:space="preserve">Gelieve de toepasselijke duur </w:t>
      </w:r>
      <w:r w:rsidR="008745C8" w:rsidRPr="00917328">
        <w:rPr>
          <w:rFonts w:ascii="Helvetica" w:hAnsi="Helvetica"/>
          <w:i/>
          <w:color w:val="EE0000"/>
          <w:lang w:val="nl-BE"/>
        </w:rPr>
        <w:t>te behouden</w:t>
      </w:r>
    </w:p>
    <w:p w14:paraId="1A50B30C" w14:textId="31430B2B" w:rsidR="00150EB0" w:rsidRPr="00917328" w:rsidRDefault="00000000" w:rsidP="001D662F">
      <w:pPr>
        <w:pStyle w:val="Lijstalinea"/>
        <w:numPr>
          <w:ilvl w:val="0"/>
          <w:numId w:val="13"/>
        </w:numPr>
        <w:spacing w:after="60"/>
        <w:rPr>
          <w:rFonts w:ascii="Helvetica" w:hAnsi="Helvetica"/>
          <w:lang w:val="nl-BE"/>
        </w:rPr>
      </w:pPr>
      <w:r w:rsidRPr="00917328">
        <w:rPr>
          <w:rFonts w:ascii="Helvetica" w:hAnsi="Helvetica"/>
          <w:lang w:val="nl-BE"/>
        </w:rPr>
        <w:t>Deze overeenkomst wordt aangegaan voor onbepaalde duur, met startdatum op ......./......./.......</w:t>
      </w:r>
    </w:p>
    <w:p w14:paraId="24F1894F" w14:textId="0B678938" w:rsidR="00150EB0" w:rsidRPr="001D662F" w:rsidRDefault="00000000" w:rsidP="001D662F">
      <w:pPr>
        <w:pStyle w:val="Lijstalinea"/>
        <w:numPr>
          <w:ilvl w:val="0"/>
          <w:numId w:val="13"/>
        </w:numPr>
        <w:spacing w:after="120"/>
        <w:rPr>
          <w:rFonts w:ascii="Helvetica" w:hAnsi="Helvetica"/>
        </w:rPr>
      </w:pPr>
      <w:r w:rsidRPr="00917328">
        <w:rPr>
          <w:rFonts w:ascii="Helvetica" w:hAnsi="Helvetica"/>
          <w:lang w:val="nl-BE"/>
        </w:rPr>
        <w:t xml:space="preserve">[Deze overeenkomst wordt aangegaan voor bepaalde duur, lopende van ......./......./....... </w:t>
      </w:r>
      <w:r w:rsidRPr="001D662F">
        <w:rPr>
          <w:rFonts w:ascii="Helvetica" w:hAnsi="Helvetica"/>
        </w:rPr>
        <w:t>tot ......./......./.......</w:t>
      </w:r>
    </w:p>
    <w:p w14:paraId="612D6D25" w14:textId="19BDFCC9" w:rsidR="00150EB0" w:rsidRPr="00917328" w:rsidRDefault="00000000">
      <w:pPr>
        <w:spacing w:after="160"/>
        <w:rPr>
          <w:rFonts w:ascii="Helvetica" w:hAnsi="Helvetica"/>
          <w:lang w:val="nl-BE"/>
        </w:rPr>
      </w:pPr>
      <w:r w:rsidRPr="00917328">
        <w:rPr>
          <w:rFonts w:ascii="Helvetica" w:hAnsi="Helvetica"/>
          <w:lang w:val="nl-BE"/>
        </w:rPr>
        <w:t>Beide partijen kunnen de samenwerking te allen tijde in onderling overleg of eenzijdig beëindigen. De beëindiging gebeurt bij voorkeur minstens ......... week/weken vooraf, zodat lopende planningen niet in het gedrang komen. Indien de organisatie de samenwerking eenzijdig beëindigt, engageert zij zich ertoe deze beslissing gemotiveerd toe te lichten aan de vrijwilliger. De organisatie kan de samenwerking met onmiddellijke ingang stopzetten indien de gemaakte afspraken (in het bijzonder de discretieplicht, de veiligheidsvoorschriften of de respectvolle benadering) herhaaldelijk of ernstig worden geschonden.</w:t>
      </w:r>
    </w:p>
    <w:p w14:paraId="26C10F4A" w14:textId="77BFF20F" w:rsidR="00150EB0" w:rsidRPr="00917328" w:rsidRDefault="00000000" w:rsidP="00824459">
      <w:pPr>
        <w:pStyle w:val="Lijstalinea"/>
        <w:keepNext/>
        <w:numPr>
          <w:ilvl w:val="0"/>
          <w:numId w:val="10"/>
        </w:numPr>
        <w:spacing w:before="240" w:after="80"/>
        <w:rPr>
          <w:rFonts w:ascii="Helvetica" w:hAnsi="Helvetica"/>
          <w:b/>
          <w:color w:val="1F4E79"/>
          <w:sz w:val="30"/>
          <w:lang w:val="nl-BE"/>
        </w:rPr>
      </w:pPr>
      <w:r w:rsidRPr="00917328">
        <w:rPr>
          <w:rFonts w:ascii="Helvetica" w:hAnsi="Helvetica"/>
          <w:b/>
          <w:color w:val="1F4E79"/>
          <w:sz w:val="30"/>
          <w:lang w:val="nl-BE"/>
        </w:rPr>
        <w:t xml:space="preserve">Privacy van de </w:t>
      </w:r>
      <w:r w:rsidR="001D662F" w:rsidRPr="00917328">
        <w:rPr>
          <w:rFonts w:ascii="Helvetica" w:hAnsi="Helvetica"/>
          <w:b/>
          <w:color w:val="1F4E79"/>
          <w:sz w:val="30"/>
          <w:lang w:val="nl-BE"/>
        </w:rPr>
        <w:t>v</w:t>
      </w:r>
      <w:r w:rsidRPr="00917328">
        <w:rPr>
          <w:rFonts w:ascii="Helvetica" w:hAnsi="Helvetica"/>
          <w:b/>
          <w:color w:val="1F4E79"/>
          <w:sz w:val="30"/>
          <w:lang w:val="nl-BE"/>
        </w:rPr>
        <w:t>rijwilliger (GDPR)</w:t>
      </w:r>
    </w:p>
    <w:p w14:paraId="7FBFF636" w14:textId="77777777" w:rsidR="00824459" w:rsidRPr="00917328" w:rsidRDefault="00824459" w:rsidP="00824459">
      <w:pPr>
        <w:pStyle w:val="Lijstalinea"/>
        <w:keepNext/>
        <w:spacing w:before="240" w:after="80"/>
        <w:rPr>
          <w:rFonts w:ascii="Helvetica" w:hAnsi="Helvetica"/>
          <w:lang w:val="nl-BE"/>
        </w:rPr>
      </w:pPr>
    </w:p>
    <w:p w14:paraId="57746478" w14:textId="77777777" w:rsidR="00150EB0" w:rsidRPr="00917328" w:rsidRDefault="00000000">
      <w:pPr>
        <w:spacing w:after="160"/>
        <w:rPr>
          <w:rFonts w:ascii="Helvetica" w:hAnsi="Helvetica"/>
          <w:lang w:val="nl-BE"/>
        </w:rPr>
      </w:pPr>
      <w:r w:rsidRPr="00917328">
        <w:rPr>
          <w:rFonts w:ascii="Helvetica" w:hAnsi="Helvetica"/>
          <w:lang w:val="nl-BE"/>
        </w:rPr>
        <w:t>Het lokaal bestuur hecht veel waarde aan de bescherming van uw persoonsgegevens en respecteert uw privacy. Uw gegevens worden verwerkt in overeenstemming met de toepasselijke wet- en regelgeving, waaronder de Algemene Verordening Gegevensbescherming (GDPR). In onze algemene privacy policy (beschikbaar via de website van het lokaal bestuur of op te vragen bij de vrijwilligerscoördinator) leest u hoe wij met uw persoonsgegevens omgaan, voor welke doeleinden wij deze verwerken en welke rechten u hieromtrent kunt uitoefenen.</w:t>
      </w:r>
    </w:p>
    <w:p w14:paraId="2A6DD327" w14:textId="77777777" w:rsidR="00752D84" w:rsidRPr="00917328" w:rsidRDefault="00752D84">
      <w:pPr>
        <w:keepNext/>
        <w:spacing w:before="240" w:after="80"/>
        <w:rPr>
          <w:rFonts w:ascii="Helvetica" w:hAnsi="Helvetica"/>
          <w:b/>
          <w:color w:val="1F4E79"/>
          <w:sz w:val="30"/>
          <w:lang w:val="nl-BE"/>
        </w:rPr>
      </w:pPr>
    </w:p>
    <w:p w14:paraId="08204098" w14:textId="77777777" w:rsidR="00752D84" w:rsidRPr="00917328" w:rsidRDefault="00752D84">
      <w:pPr>
        <w:keepNext/>
        <w:spacing w:before="240" w:after="80"/>
        <w:rPr>
          <w:rFonts w:ascii="Helvetica" w:hAnsi="Helvetica"/>
          <w:b/>
          <w:color w:val="1F4E79"/>
          <w:sz w:val="30"/>
          <w:lang w:val="nl-BE"/>
        </w:rPr>
      </w:pPr>
    </w:p>
    <w:p w14:paraId="6214C069" w14:textId="524A515D" w:rsidR="00150EB0" w:rsidRPr="00917328" w:rsidRDefault="00000000">
      <w:pPr>
        <w:keepNext/>
        <w:spacing w:before="240" w:after="80"/>
        <w:rPr>
          <w:rFonts w:ascii="Helvetica" w:hAnsi="Helvetica"/>
          <w:lang w:val="nl-BE"/>
        </w:rPr>
      </w:pPr>
      <w:r w:rsidRPr="00917328">
        <w:rPr>
          <w:rFonts w:ascii="Helvetica" w:hAnsi="Helvetica"/>
          <w:b/>
          <w:color w:val="1F4E79"/>
          <w:sz w:val="30"/>
          <w:lang w:val="nl-BE"/>
        </w:rPr>
        <w:t>Ondertekening</w:t>
      </w:r>
    </w:p>
    <w:p w14:paraId="512676BA" w14:textId="77777777" w:rsidR="00150EB0" w:rsidRPr="00735073" w:rsidRDefault="00000000">
      <w:pPr>
        <w:spacing w:after="240"/>
        <w:rPr>
          <w:rFonts w:ascii="Helvetica" w:hAnsi="Helvetica"/>
        </w:rPr>
      </w:pPr>
      <w:r w:rsidRPr="00917328">
        <w:rPr>
          <w:rFonts w:ascii="Helvetica" w:hAnsi="Helvetica"/>
          <w:lang w:val="nl-BE"/>
        </w:rPr>
        <w:t>Beide partijen verklaren kennis te hebben genomen van en zich akkoord te verklaren met de rechten, plichten en afspraken in deze organisatienota.</w:t>
      </w:r>
      <w:r w:rsidRPr="00917328">
        <w:rPr>
          <w:rFonts w:ascii="Helvetica" w:hAnsi="Helvetica"/>
          <w:lang w:val="nl-BE"/>
        </w:rPr>
        <w:br/>
      </w:r>
      <w:r w:rsidRPr="00917328">
        <w:rPr>
          <w:rFonts w:ascii="Helvetica" w:hAnsi="Helvetica"/>
          <w:lang w:val="nl-BE"/>
        </w:rPr>
        <w:br/>
      </w:r>
      <w:proofErr w:type="spellStart"/>
      <w:r w:rsidRPr="00735073">
        <w:rPr>
          <w:rFonts w:ascii="Helvetica" w:hAnsi="Helvetica"/>
        </w:rPr>
        <w:t>Opgemaakt</w:t>
      </w:r>
      <w:proofErr w:type="spellEnd"/>
      <w:r w:rsidRPr="00735073">
        <w:rPr>
          <w:rFonts w:ascii="Helvetica" w:hAnsi="Helvetica"/>
        </w:rPr>
        <w:t xml:space="preserve"> in </w:t>
      </w:r>
      <w:proofErr w:type="spellStart"/>
      <w:r w:rsidRPr="00735073">
        <w:rPr>
          <w:rFonts w:ascii="Helvetica" w:hAnsi="Helvetica"/>
        </w:rPr>
        <w:t>tweevoud</w:t>
      </w:r>
      <w:proofErr w:type="spellEnd"/>
      <w:r w:rsidRPr="00735073">
        <w:rPr>
          <w:rFonts w:ascii="Helvetica" w:hAnsi="Helvetica"/>
        </w:rPr>
        <w:t xml:space="preserve"> </w:t>
      </w:r>
      <w:proofErr w:type="spellStart"/>
      <w:r w:rsidRPr="00735073">
        <w:rPr>
          <w:rFonts w:ascii="Helvetica" w:hAnsi="Helvetica"/>
        </w:rPr>
        <w:t>te</w:t>
      </w:r>
      <w:proofErr w:type="spellEnd"/>
      <w:r w:rsidRPr="00735073">
        <w:rPr>
          <w:rFonts w:ascii="Helvetica" w:hAnsi="Helvetica"/>
        </w:rPr>
        <w:t xml:space="preserve"> ........................................................ op ........................................................</w:t>
      </w:r>
    </w:p>
    <w:tbl>
      <w:tblPr>
        <w:tblW w:w="0" w:type="auto"/>
        <w:jc w:val="center"/>
        <w:tblLayout w:type="fixed"/>
        <w:tblLook w:val="04A0" w:firstRow="1" w:lastRow="0" w:firstColumn="1" w:lastColumn="0" w:noHBand="0" w:noVBand="1"/>
      </w:tblPr>
      <w:tblGrid>
        <w:gridCol w:w="4680"/>
        <w:gridCol w:w="4680"/>
      </w:tblGrid>
      <w:tr w:rsidR="00150EB0" w:rsidRPr="00917328" w14:paraId="2F12B222" w14:textId="77777777">
        <w:trPr>
          <w:jc w:val="center"/>
        </w:trPr>
        <w:tc>
          <w:tcPr>
            <w:tcW w:w="4608" w:type="dxa"/>
          </w:tcPr>
          <w:p w14:paraId="4BA59DB4" w14:textId="77777777" w:rsidR="00150EB0" w:rsidRPr="00917328" w:rsidRDefault="00000000">
            <w:pPr>
              <w:rPr>
                <w:rFonts w:ascii="Helvetica" w:hAnsi="Helvetica"/>
                <w:lang w:val="nl-BE"/>
              </w:rPr>
            </w:pPr>
            <w:r w:rsidRPr="00917328">
              <w:rPr>
                <w:rFonts w:ascii="Helvetica" w:hAnsi="Helvetica"/>
                <w:i/>
                <w:lang w:val="nl-BE"/>
              </w:rPr>
              <w:t>Voor de organisatie / het lokaal bestuur,</w:t>
            </w:r>
            <w:r w:rsidRPr="00917328">
              <w:rPr>
                <w:rFonts w:ascii="Helvetica" w:hAnsi="Helvetica"/>
                <w:i/>
                <w:lang w:val="nl-BE"/>
              </w:rPr>
              <w:br/>
              <w:t>[Naam &amp; Handtekening verantwoordelijke]</w:t>
            </w:r>
            <w:r w:rsidRPr="00917328">
              <w:rPr>
                <w:rFonts w:ascii="Helvetica" w:hAnsi="Helvetica"/>
                <w:i/>
                <w:lang w:val="nl-BE"/>
              </w:rPr>
              <w:br/>
            </w:r>
            <w:r w:rsidRPr="00917328">
              <w:rPr>
                <w:rFonts w:ascii="Helvetica" w:hAnsi="Helvetica"/>
                <w:i/>
                <w:lang w:val="nl-BE"/>
              </w:rPr>
              <w:br/>
            </w:r>
            <w:r w:rsidRPr="00917328">
              <w:rPr>
                <w:rFonts w:ascii="Helvetica" w:hAnsi="Helvetica"/>
                <w:i/>
                <w:lang w:val="nl-BE"/>
              </w:rPr>
              <w:br/>
            </w:r>
            <w:r w:rsidRPr="00917328">
              <w:rPr>
                <w:rFonts w:ascii="Helvetica" w:hAnsi="Helvetica"/>
                <w:i/>
                <w:lang w:val="nl-BE"/>
              </w:rPr>
              <w:br/>
            </w:r>
            <w:r w:rsidRPr="00917328">
              <w:rPr>
                <w:rFonts w:ascii="Helvetica" w:hAnsi="Helvetica"/>
                <w:i/>
                <w:lang w:val="nl-BE"/>
              </w:rPr>
              <w:br/>
            </w:r>
            <w:r w:rsidRPr="00917328">
              <w:rPr>
                <w:rFonts w:ascii="Helvetica" w:hAnsi="Helvetica"/>
                <w:i/>
                <w:lang w:val="nl-BE"/>
              </w:rPr>
              <w:br/>
              <w:t>........................................................................</w:t>
            </w:r>
          </w:p>
        </w:tc>
        <w:tc>
          <w:tcPr>
            <w:tcW w:w="4608" w:type="dxa"/>
          </w:tcPr>
          <w:p w14:paraId="2B9FDDF4" w14:textId="77777777" w:rsidR="00150EB0" w:rsidRPr="00917328" w:rsidRDefault="00000000">
            <w:pPr>
              <w:rPr>
                <w:rFonts w:ascii="Helvetica" w:hAnsi="Helvetica"/>
                <w:lang w:val="nl-BE"/>
              </w:rPr>
            </w:pPr>
            <w:r w:rsidRPr="00917328">
              <w:rPr>
                <w:rFonts w:ascii="Helvetica" w:hAnsi="Helvetica"/>
                <w:i/>
                <w:lang w:val="nl-BE"/>
              </w:rPr>
              <w:t>Voor de vrijwilliger,</w:t>
            </w:r>
            <w:r w:rsidRPr="00917328">
              <w:rPr>
                <w:rFonts w:ascii="Helvetica" w:hAnsi="Helvetica"/>
                <w:i/>
                <w:lang w:val="nl-BE"/>
              </w:rPr>
              <w:br/>
              <w:t>[Naam &amp; Handtekening vrijwilliger]</w:t>
            </w:r>
            <w:r w:rsidRPr="00917328">
              <w:rPr>
                <w:rFonts w:ascii="Helvetica" w:hAnsi="Helvetica"/>
                <w:i/>
                <w:lang w:val="nl-BE"/>
              </w:rPr>
              <w:br/>
            </w:r>
            <w:r w:rsidRPr="00917328">
              <w:rPr>
                <w:rFonts w:ascii="Helvetica" w:hAnsi="Helvetica"/>
                <w:i/>
                <w:lang w:val="nl-BE"/>
              </w:rPr>
              <w:br/>
            </w:r>
            <w:r w:rsidRPr="00917328">
              <w:rPr>
                <w:rFonts w:ascii="Helvetica" w:hAnsi="Helvetica"/>
                <w:i/>
                <w:lang w:val="nl-BE"/>
              </w:rPr>
              <w:br/>
            </w:r>
            <w:r w:rsidRPr="00917328">
              <w:rPr>
                <w:rFonts w:ascii="Helvetica" w:hAnsi="Helvetica"/>
                <w:i/>
                <w:lang w:val="nl-BE"/>
              </w:rPr>
              <w:br/>
            </w:r>
            <w:r w:rsidRPr="00917328">
              <w:rPr>
                <w:rFonts w:ascii="Helvetica" w:hAnsi="Helvetica"/>
                <w:i/>
                <w:lang w:val="nl-BE"/>
              </w:rPr>
              <w:br/>
            </w:r>
            <w:r w:rsidRPr="00917328">
              <w:rPr>
                <w:rFonts w:ascii="Helvetica" w:hAnsi="Helvetica"/>
                <w:i/>
                <w:lang w:val="nl-BE"/>
              </w:rPr>
              <w:br/>
              <w:t>........................................................................</w:t>
            </w:r>
          </w:p>
        </w:tc>
      </w:tr>
      <w:tr w:rsidR="00150EB0" w:rsidRPr="00917328" w14:paraId="54C6316D" w14:textId="77777777">
        <w:trPr>
          <w:jc w:val="center"/>
        </w:trPr>
        <w:tc>
          <w:tcPr>
            <w:tcW w:w="4680" w:type="dxa"/>
          </w:tcPr>
          <w:p w14:paraId="7B4889AE" w14:textId="77777777" w:rsidR="00150EB0" w:rsidRPr="00917328" w:rsidRDefault="00150EB0">
            <w:pPr>
              <w:rPr>
                <w:rFonts w:ascii="Helvetica" w:hAnsi="Helvetica"/>
                <w:lang w:val="nl-BE"/>
              </w:rPr>
            </w:pPr>
          </w:p>
        </w:tc>
        <w:tc>
          <w:tcPr>
            <w:tcW w:w="4680" w:type="dxa"/>
          </w:tcPr>
          <w:p w14:paraId="28D6D56B" w14:textId="77777777" w:rsidR="00150EB0" w:rsidRPr="00917328" w:rsidRDefault="00150EB0">
            <w:pPr>
              <w:rPr>
                <w:rFonts w:ascii="Helvetica" w:hAnsi="Helvetica"/>
                <w:lang w:val="nl-BE"/>
              </w:rPr>
            </w:pPr>
          </w:p>
        </w:tc>
      </w:tr>
    </w:tbl>
    <w:p w14:paraId="52630E58" w14:textId="77777777" w:rsidR="00C6464B" w:rsidRPr="00917328" w:rsidRDefault="00C6464B">
      <w:pPr>
        <w:rPr>
          <w:rFonts w:ascii="Helvetica" w:hAnsi="Helvetica"/>
          <w:lang w:val="nl-BE"/>
        </w:rPr>
      </w:pPr>
    </w:p>
    <w:sectPr w:rsidR="00C6464B" w:rsidRPr="00917328"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4462E2D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16C65142"/>
    <w:multiLevelType w:val="hybridMultilevel"/>
    <w:tmpl w:val="3E78FB40"/>
    <w:lvl w:ilvl="0" w:tplc="04130001">
      <w:start w:val="1"/>
      <w:numFmt w:val="bullet"/>
      <w:lvlText w:val=""/>
      <w:lvlJc w:val="left"/>
      <w:pPr>
        <w:ind w:left="1152" w:hanging="360"/>
      </w:pPr>
      <w:rPr>
        <w:rFonts w:ascii="Symbol" w:hAnsi="Symbol" w:hint="default"/>
      </w:rPr>
    </w:lvl>
    <w:lvl w:ilvl="1" w:tplc="04130003" w:tentative="1">
      <w:start w:val="1"/>
      <w:numFmt w:val="bullet"/>
      <w:lvlText w:val="o"/>
      <w:lvlJc w:val="left"/>
      <w:pPr>
        <w:ind w:left="1872" w:hanging="360"/>
      </w:pPr>
      <w:rPr>
        <w:rFonts w:ascii="Courier New" w:hAnsi="Courier New" w:cs="Courier New" w:hint="default"/>
      </w:rPr>
    </w:lvl>
    <w:lvl w:ilvl="2" w:tplc="04130005" w:tentative="1">
      <w:start w:val="1"/>
      <w:numFmt w:val="bullet"/>
      <w:lvlText w:val=""/>
      <w:lvlJc w:val="left"/>
      <w:pPr>
        <w:ind w:left="2592" w:hanging="360"/>
      </w:pPr>
      <w:rPr>
        <w:rFonts w:ascii="Wingdings" w:hAnsi="Wingdings"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10" w15:restartNumberingAfterBreak="0">
    <w:nsid w:val="18C0234E"/>
    <w:multiLevelType w:val="hybridMultilevel"/>
    <w:tmpl w:val="B53C599E"/>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B10A8D"/>
    <w:multiLevelType w:val="hybridMultilevel"/>
    <w:tmpl w:val="E62268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4E45D13"/>
    <w:multiLevelType w:val="hybridMultilevel"/>
    <w:tmpl w:val="B23426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5522536">
    <w:abstractNumId w:val="8"/>
  </w:num>
  <w:num w:numId="2" w16cid:durableId="1469124985">
    <w:abstractNumId w:val="6"/>
  </w:num>
  <w:num w:numId="3" w16cid:durableId="650599436">
    <w:abstractNumId w:val="5"/>
  </w:num>
  <w:num w:numId="4" w16cid:durableId="437600283">
    <w:abstractNumId w:val="4"/>
  </w:num>
  <w:num w:numId="5" w16cid:durableId="1904830101">
    <w:abstractNumId w:val="7"/>
  </w:num>
  <w:num w:numId="6" w16cid:durableId="2035224226">
    <w:abstractNumId w:val="3"/>
  </w:num>
  <w:num w:numId="7" w16cid:durableId="1856531412">
    <w:abstractNumId w:val="2"/>
  </w:num>
  <w:num w:numId="8" w16cid:durableId="1069765840">
    <w:abstractNumId w:val="1"/>
  </w:num>
  <w:num w:numId="9" w16cid:durableId="669450443">
    <w:abstractNumId w:val="0"/>
  </w:num>
  <w:num w:numId="10" w16cid:durableId="36861364">
    <w:abstractNumId w:val="10"/>
  </w:num>
  <w:num w:numId="11" w16cid:durableId="1519809230">
    <w:abstractNumId w:val="11"/>
  </w:num>
  <w:num w:numId="12" w16cid:durableId="1677878741">
    <w:abstractNumId w:val="12"/>
  </w:num>
  <w:num w:numId="13" w16cid:durableId="187094875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4340"/>
    <w:rsid w:val="0015074B"/>
    <w:rsid w:val="00150EB0"/>
    <w:rsid w:val="001D662F"/>
    <w:rsid w:val="0029639D"/>
    <w:rsid w:val="003247FF"/>
    <w:rsid w:val="00326F90"/>
    <w:rsid w:val="003E1AFE"/>
    <w:rsid w:val="00474576"/>
    <w:rsid w:val="004F3C54"/>
    <w:rsid w:val="0054013B"/>
    <w:rsid w:val="00714998"/>
    <w:rsid w:val="00735073"/>
    <w:rsid w:val="00752D84"/>
    <w:rsid w:val="00824459"/>
    <w:rsid w:val="00860EE9"/>
    <w:rsid w:val="008745C8"/>
    <w:rsid w:val="00917328"/>
    <w:rsid w:val="009A7FC6"/>
    <w:rsid w:val="00A9793F"/>
    <w:rsid w:val="00AA1D8D"/>
    <w:rsid w:val="00B148F3"/>
    <w:rsid w:val="00B47730"/>
    <w:rsid w:val="00B82FF4"/>
    <w:rsid w:val="00C6464B"/>
    <w:rsid w:val="00CB0664"/>
    <w:rsid w:val="00CC701B"/>
    <w:rsid w:val="00CD5B93"/>
    <w:rsid w:val="00D7738D"/>
    <w:rsid w:val="00F3485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281418"/>
  <w14:defaultImageDpi w14:val="300"/>
  <w15:docId w15:val="{FB06810D-2DF6-C641-99E4-D77C66805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Verwijzingopmerking">
    <w:name w:val="annotation reference"/>
    <w:basedOn w:val="Standaardalinea-lettertype"/>
    <w:uiPriority w:val="99"/>
    <w:semiHidden/>
    <w:unhideWhenUsed/>
    <w:rsid w:val="00917328"/>
    <w:rPr>
      <w:sz w:val="16"/>
      <w:szCs w:val="16"/>
    </w:rPr>
  </w:style>
  <w:style w:type="paragraph" w:styleId="Tekstopmerking">
    <w:name w:val="annotation text"/>
    <w:basedOn w:val="Standaard"/>
    <w:link w:val="TekstopmerkingChar"/>
    <w:uiPriority w:val="99"/>
    <w:unhideWhenUsed/>
    <w:rsid w:val="00917328"/>
    <w:pPr>
      <w:spacing w:line="240" w:lineRule="auto"/>
    </w:pPr>
    <w:rPr>
      <w:sz w:val="20"/>
      <w:szCs w:val="20"/>
    </w:rPr>
  </w:style>
  <w:style w:type="character" w:customStyle="1" w:styleId="TekstopmerkingChar">
    <w:name w:val="Tekst opmerking Char"/>
    <w:basedOn w:val="Standaardalinea-lettertype"/>
    <w:link w:val="Tekstopmerking"/>
    <w:uiPriority w:val="99"/>
    <w:rsid w:val="00917328"/>
    <w:rPr>
      <w:sz w:val="20"/>
      <w:szCs w:val="20"/>
    </w:rPr>
  </w:style>
  <w:style w:type="paragraph" w:styleId="Onderwerpvanopmerking">
    <w:name w:val="annotation subject"/>
    <w:basedOn w:val="Tekstopmerking"/>
    <w:next w:val="Tekstopmerking"/>
    <w:link w:val="OnderwerpvanopmerkingChar"/>
    <w:uiPriority w:val="99"/>
    <w:semiHidden/>
    <w:unhideWhenUsed/>
    <w:rsid w:val="00917328"/>
    <w:rPr>
      <w:b/>
      <w:bCs/>
    </w:rPr>
  </w:style>
  <w:style w:type="character" w:customStyle="1" w:styleId="OnderwerpvanopmerkingChar">
    <w:name w:val="Onderwerp van opmerking Char"/>
    <w:basedOn w:val="TekstopmerkingChar"/>
    <w:link w:val="Onderwerpvanopmerking"/>
    <w:uiPriority w:val="99"/>
    <w:semiHidden/>
    <w:rsid w:val="009173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tieverantwoordelijke xmlns="76300dc3-f30b-4418-bcec-586700755355">
      <UserInfo>
        <DisplayName/>
        <AccountId xsi:nil="true"/>
        <AccountType/>
      </UserInfo>
    </Actieverantwoordelijke>
    <stavaza xmlns="5fa1d80c-607d-4138-99a1-7394c3b09acb" xsi:nil="true"/>
    <Team xmlns="5fa1d80c-607d-4138-99a1-7394c3b09acb" xsi:nil="true"/>
    <Collegas xmlns="5fa1d80c-607d-4138-99a1-7394c3b09acb">
      <UserInfo>
        <DisplayName/>
        <AccountId xsi:nil="true"/>
        <AccountType/>
      </UserInfo>
    </Collegas>
    <lcf76f155ced4ddcb4097134ff3c332f xmlns="5fa1d80c-607d-4138-99a1-7394c3b09acb">
      <Terms xmlns="http://schemas.microsoft.com/office/infopath/2007/PartnerControls"/>
    </lcf76f155ced4ddcb4097134ff3c332f>
    <afgewerkt xmlns="5fa1d80c-607d-4138-99a1-7394c3b09acb">true</afgewerkt>
    <TaxCatchAll xmlns="76300dc3-f30b-4418-bcec-58670075535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DA56D146DCB7F4C83FEC4FFA14446F2" ma:contentTypeVersion="28" ma:contentTypeDescription="Een nieuw document maken." ma:contentTypeScope="" ma:versionID="d09cd2c0b297dfa173f2d95d33f6c341">
  <xsd:schema xmlns:xsd="http://www.w3.org/2001/XMLSchema" xmlns:xs="http://www.w3.org/2001/XMLSchema" xmlns:p="http://schemas.microsoft.com/office/2006/metadata/properties" xmlns:ns2="5fa1d80c-607d-4138-99a1-7394c3b09acb" xmlns:ns3="76300dc3-f30b-4418-bcec-586700755355" targetNamespace="http://schemas.microsoft.com/office/2006/metadata/properties" ma:root="true" ma:fieldsID="55e4cc6b55969ab85a4ca8c684f458fa" ns2:_="" ns3:_="">
    <xsd:import namespace="5fa1d80c-607d-4138-99a1-7394c3b09acb"/>
    <xsd:import namespace="76300dc3-f30b-4418-bcec-5867007553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3:Actieverantwoordelijke" minOccurs="0"/>
                <xsd:element ref="ns2:MediaServiceObjectDetectorVersions" minOccurs="0"/>
                <xsd:element ref="ns2:MediaServiceSearchProperties" minOccurs="0"/>
                <xsd:element ref="ns2:afgewerkt" minOccurs="0"/>
                <xsd:element ref="ns2:stavaza" minOccurs="0"/>
                <xsd:element ref="ns2:Collegas" minOccurs="0"/>
                <xsd:element ref="ns2:Tea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a1d80c-607d-4138-99a1-7394c3b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40874bb-005b-4a26-b085-598c00416eb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fgewerkt" ma:index="26" nillable="true" ma:displayName="afgewerkt" ma:default="1" ma:format="Dropdown" ma:internalName="afgewerkt">
      <xsd:simpleType>
        <xsd:restriction base="dms:Boolean"/>
      </xsd:simpleType>
    </xsd:element>
    <xsd:element name="stavaza" ma:index="27" nillable="true" ma:displayName="Stavaza" ma:format="Dropdown" ma:internalName="stavaza">
      <xsd:simpleType>
        <xsd:restriction base="dms:Choice">
          <xsd:enumeration value="Niet gestart"/>
          <xsd:enumeration value="In uitvoering"/>
          <xsd:enumeration value="Pauze"/>
          <xsd:enumeration value="Gestopt"/>
          <xsd:enumeration value="Afgerond"/>
        </xsd:restriction>
      </xsd:simpleType>
    </xsd:element>
    <xsd:element name="Collegas" ma:index="28" nillable="true" ma:displayName="Betrokken Collega's" ma:format="Dropdown" ma:list="UserInfo" ma:SharePointGroup="0" ma:internalName="Collega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am" ma:index="29" nillable="true" ma:displayName="Team" ma:format="Dropdown" ma:indexed="true" ma:internalName="Team">
      <xsd:simpleType>
        <xsd:restriction base="dms:Choice">
          <xsd:enumeration value="Dienst"/>
          <xsd:enumeration value="gelijke kansen en diversiteit"/>
          <xsd:enumeration value="Lokale partnerschappen"/>
          <xsd:enumeration value="maatschappelijke dienstverlening"/>
          <xsd:enumeration value="Vrije tijd"/>
          <xsd:enumeration value="Werk"/>
          <xsd:enumeration value="Lokaal sociaal beleid"/>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300dc3-f30b-4418-bcec-58670075535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aa20729-e6f6-4200-9ad4-0d3b367d1b21}" ma:internalName="TaxCatchAll" ma:showField="CatchAllData" ma:web="76300dc3-f30b-4418-bcec-58670075535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Actieverantwoordelijke" ma:index="23" nillable="true" ma:displayName="Actieverantwoordelijke" ma:list="UserInfo" ma:internalName="Actieverantwoordelijke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D6EC9E-43C6-4932-90BE-4A123A2DCF00}">
  <ds:schemaRefs>
    <ds:schemaRef ds:uri="http://schemas.microsoft.com/sharepoint/v3/contenttype/forms"/>
  </ds:schemaRefs>
</ds:datastoreItem>
</file>

<file path=customXml/itemProps2.xml><?xml version="1.0" encoding="utf-8"?>
<ds:datastoreItem xmlns:ds="http://schemas.openxmlformats.org/officeDocument/2006/customXml" ds:itemID="{08FE3A98-1A17-4698-820D-C046ABD065B1}">
  <ds:schemaRefs>
    <ds:schemaRef ds:uri="http://schemas.microsoft.com/office/2006/metadata/properties"/>
    <ds:schemaRef ds:uri="http://schemas.microsoft.com/office/infopath/2007/PartnerControls"/>
    <ds:schemaRef ds:uri="76300dc3-f30b-4418-bcec-586700755355"/>
    <ds:schemaRef ds:uri="5fa1d80c-607d-4138-99a1-7394c3b09acb"/>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689572D5-0965-4B81-81EC-4344F37BF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a1d80c-607d-4138-99a1-7394c3b09acb"/>
    <ds:schemaRef ds:uri="76300dc3-f30b-4418-bcec-586700755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3258</Words>
  <Characters>17923</Characters>
  <Application>Microsoft Office Word</Application>
  <DocSecurity>0</DocSecurity>
  <Lines>149</Lines>
  <Paragraphs>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21139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jan</cp:lastModifiedBy>
  <cp:revision>7</cp:revision>
  <dcterms:created xsi:type="dcterms:W3CDTF">2026-09-08T06:48:00Z</dcterms:created>
  <dcterms:modified xsi:type="dcterms:W3CDTF">2026-10-01T11:30:00Z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0x0101002DA56D146DCB7F4C83FEC4FFA14446F2</vt:lpwstr>
  </property>
  <property fmtid="{D5CDD505-2E9C-101B-9397-08002B2CF9AE}" pid="3" name="MediaServiceImageTags">
    <vt:lpwstr/>
  </property>
</Properties>
</file>